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939A" w14:textId="3289BA28" w:rsidR="00D3403D" w:rsidRDefault="00000000">
      <w:pPr>
        <w:jc w:val="center"/>
      </w:pPr>
      <w:r>
        <w:rPr>
          <w:b/>
          <w:color w:val="3E5E3A"/>
          <w:sz w:val="48"/>
        </w:rPr>
        <w:t>VERDE VALLEY PIONEERS</w:t>
      </w:r>
      <w:r>
        <w:rPr>
          <w:b/>
          <w:color w:val="3E5E3A"/>
          <w:sz w:val="48"/>
        </w:rPr>
        <w:br/>
      </w:r>
      <w:r>
        <w:rPr>
          <w:b/>
          <w:color w:val="3E5E3A"/>
          <w:sz w:val="40"/>
        </w:rPr>
        <w:t>Biography Information Form</w:t>
      </w:r>
    </w:p>
    <w:p w14:paraId="02104248" w14:textId="2B8C4DA4" w:rsidR="00D3403D" w:rsidRDefault="0007179A">
      <w:pPr>
        <w:jc w:val="center"/>
      </w:pPr>
      <w:r>
        <w:rPr>
          <w:noProof/>
        </w:rPr>
        <w:drawing>
          <wp:inline distT="0" distB="0" distL="0" distR="0" wp14:anchorId="7E3C7646" wp14:editId="53A31AEA">
            <wp:extent cx="6400800" cy="1720850"/>
            <wp:effectExtent l="0" t="0" r="0" b="0"/>
            <wp:docPr id="133625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Preserving the stories of Verde Valley pioneers for future generations.</w:t>
      </w:r>
    </w:p>
    <w:p w14:paraId="41C5A072" w14:textId="1F90C597" w:rsidR="00D3403D" w:rsidRDefault="00000000" w:rsidP="00D4787B">
      <w:pPr>
        <w:jc w:val="center"/>
      </w:pPr>
      <w:r>
        <w:rPr>
          <w:b/>
        </w:rPr>
        <w:t>VVP – Biography Information Form</w:t>
      </w:r>
      <w:r>
        <w:rPr>
          <w:b/>
        </w:rPr>
        <w:br/>
      </w:r>
      <w:r>
        <w:t>Revision 2.</w:t>
      </w:r>
      <w:r w:rsidR="00DF7ACB">
        <w:t>1</w:t>
      </w:r>
      <w:r>
        <w:t xml:space="preserve"> – July 2026</w:t>
      </w:r>
    </w:p>
    <w:p w14:paraId="55A911F3" w14:textId="77777777" w:rsidR="00D3403D" w:rsidRDefault="00000000">
      <w:r>
        <w:rPr>
          <w:b/>
          <w:color w:val="3E5E3A"/>
          <w:sz w:val="30"/>
        </w:rPr>
        <w:t>Instructions</w:t>
      </w:r>
    </w:p>
    <w:p w14:paraId="52227DA1" w14:textId="516EE5AF" w:rsidR="00D3403D" w:rsidRDefault="00000000">
      <w:r>
        <w:t xml:space="preserve">Thank you for helping preserve the history of a Verde Valley Pioneer. Complete as much of this form as possible. Leave unknown items blank. </w:t>
      </w:r>
      <w:r w:rsidR="00371295" w:rsidRPr="00371295">
        <w:t>Attach one or two photographs if available. Portrait photographs are especially helpful. Family photographs, homes, businesses, ranches, military service, gravesites, and other historical images are also welcome.</w:t>
      </w:r>
      <w:r w:rsidR="00371295">
        <w:t xml:space="preserve"> E</w:t>
      </w:r>
      <w:r>
        <w:t>mail the completed form and attachments to info@VerdeValleyPioneers.com.</w:t>
      </w:r>
    </w:p>
    <w:p w14:paraId="120ED452" w14:textId="3874B50A" w:rsidR="00BE5922" w:rsidRDefault="00DF7ACB">
      <w:r w:rsidRPr="00DF7ACB">
        <w:t>After reviewing your submission, a Verde Valley Pioneers volunteer will prepare a publication-ready biography using the Verde Valley Pioneers Biography Builder. We may contact you if additional information or clarification is needed before publication.</w:t>
      </w:r>
    </w:p>
    <w:p w14:paraId="103A67FA" w14:textId="77777777" w:rsidR="00D3403D" w:rsidRDefault="00000000">
      <w:r>
        <w:rPr>
          <w:b/>
          <w:color w:val="3E5E3A"/>
          <w:sz w:val="30"/>
        </w:rPr>
        <w:t>Your Contact Information</w:t>
      </w:r>
    </w:p>
    <w:p w14:paraId="2BB3972C" w14:textId="3530A05D" w:rsidR="00D3403D" w:rsidRDefault="00BE5922">
      <w:r>
        <w:t>Your Name</w:t>
      </w:r>
    </w:p>
    <w:p w14:paraId="6D6A5B27" w14:textId="5CFB7126" w:rsidR="00D3403D" w:rsidRDefault="00000000">
      <w:r>
        <w:t>Email Address</w:t>
      </w:r>
    </w:p>
    <w:p w14:paraId="2437CDF9" w14:textId="5BB57FFA" w:rsidR="00D3403D" w:rsidRDefault="00000000">
      <w:r>
        <w:t>Relationship to the Pioneer</w:t>
      </w:r>
    </w:p>
    <w:p w14:paraId="783CD8B4" w14:textId="77777777" w:rsidR="00BE5922" w:rsidRDefault="00BE5922"/>
    <w:p w14:paraId="6295F6BE" w14:textId="77777777" w:rsidR="00436236" w:rsidRDefault="00436236">
      <w:pPr>
        <w:rPr>
          <w:b/>
          <w:color w:val="3E5E3A"/>
          <w:sz w:val="30"/>
        </w:rPr>
      </w:pPr>
    </w:p>
    <w:p w14:paraId="44B5D494" w14:textId="77777777" w:rsidR="00436236" w:rsidRDefault="00436236">
      <w:pPr>
        <w:rPr>
          <w:b/>
          <w:color w:val="3E5E3A"/>
          <w:sz w:val="30"/>
        </w:rPr>
      </w:pPr>
    </w:p>
    <w:p w14:paraId="0382E9C4" w14:textId="77777777" w:rsidR="00436236" w:rsidRDefault="00436236">
      <w:pPr>
        <w:rPr>
          <w:b/>
          <w:color w:val="3E5E3A"/>
          <w:sz w:val="30"/>
        </w:rPr>
      </w:pPr>
    </w:p>
    <w:p w14:paraId="7459FD5E" w14:textId="77777777" w:rsidR="00436236" w:rsidRDefault="00436236">
      <w:pPr>
        <w:rPr>
          <w:b/>
          <w:color w:val="3E5E3A"/>
          <w:sz w:val="30"/>
        </w:rPr>
      </w:pPr>
    </w:p>
    <w:p w14:paraId="0BE58507" w14:textId="504EA698" w:rsidR="00D3403D" w:rsidRDefault="00000000">
      <w:r>
        <w:rPr>
          <w:b/>
          <w:color w:val="3E5E3A"/>
          <w:sz w:val="30"/>
        </w:rPr>
        <w:t>Pioneer Information</w:t>
      </w:r>
    </w:p>
    <w:p w14:paraId="7F2D2086" w14:textId="77777777" w:rsidR="00D3403D" w:rsidRDefault="00000000">
      <w:r>
        <w:t>Full Name (include maiden name if applicable):</w:t>
      </w:r>
    </w:p>
    <w:p w14:paraId="7AF73D28" w14:textId="77777777" w:rsidR="001A5225" w:rsidRDefault="00000000">
      <w:r>
        <w:t xml:space="preserve">Birth Date </w:t>
      </w:r>
    </w:p>
    <w:p w14:paraId="6C723A3D" w14:textId="4766923E" w:rsidR="00D3403D" w:rsidRDefault="001A5225">
      <w:r>
        <w:t xml:space="preserve">Birth Place </w:t>
      </w:r>
    </w:p>
    <w:p w14:paraId="71678F0D" w14:textId="77777777" w:rsidR="00436236" w:rsidRDefault="00436236" w:rsidP="00436236">
      <w:r>
        <w:t xml:space="preserve">Death Date </w:t>
      </w:r>
    </w:p>
    <w:p w14:paraId="2CE7E9E6" w14:textId="77777777" w:rsidR="00436236" w:rsidRDefault="00436236" w:rsidP="00436236">
      <w:r>
        <w:t xml:space="preserve">Death Place </w:t>
      </w:r>
    </w:p>
    <w:p w14:paraId="4E215FDD" w14:textId="4E0EF929" w:rsidR="00436236" w:rsidRDefault="00436236">
      <w:r>
        <w:t xml:space="preserve">Cemetery / Grave Location </w:t>
      </w:r>
    </w:p>
    <w:p w14:paraId="120289CC" w14:textId="4FFC6EB6" w:rsidR="00D3403D" w:rsidRDefault="00000000">
      <w:r>
        <w:t>Parents</w:t>
      </w:r>
      <w:r w:rsidR="001A5225">
        <w:t xml:space="preserve"> </w:t>
      </w:r>
      <w:r w:rsidR="00131917" w:rsidRPr="00131917">
        <w:t>(names only if dates are unknown)</w:t>
      </w:r>
    </w:p>
    <w:p w14:paraId="1FA39505" w14:textId="4EDB7E61" w:rsidR="00D3403D" w:rsidRDefault="00000000">
      <w:r>
        <w:t>Spouse(s)</w:t>
      </w:r>
      <w:r w:rsidR="00131917" w:rsidRPr="00131917">
        <w:t xml:space="preserve"> (names only if dates are unknown)</w:t>
      </w:r>
    </w:p>
    <w:p w14:paraId="396905C9" w14:textId="386FF17B" w:rsidR="00D3403D" w:rsidRDefault="00131917">
      <w:r w:rsidRPr="00131917">
        <w:t>Children (names only if dates are unknown)</w:t>
      </w:r>
      <w:r w:rsidR="001A5225">
        <w:t xml:space="preserve"> </w:t>
      </w:r>
    </w:p>
    <w:p w14:paraId="2EDD0FD5" w14:textId="03619E67" w:rsidR="00D3403D" w:rsidRDefault="00000000">
      <w:r>
        <w:t>Siblings</w:t>
      </w:r>
      <w:r w:rsidR="001A5225">
        <w:t xml:space="preserve"> </w:t>
      </w:r>
      <w:r w:rsidR="00131917" w:rsidRPr="00131917">
        <w:t>(names only if dates are unknown)</w:t>
      </w:r>
    </w:p>
    <w:p w14:paraId="1CE0881A" w14:textId="77777777" w:rsidR="001A5225" w:rsidRDefault="001A5225"/>
    <w:p w14:paraId="7F846284" w14:textId="77777777" w:rsidR="00D4787B" w:rsidRPr="00D4787B" w:rsidRDefault="00D4787B" w:rsidP="00D4787B">
      <w:pPr>
        <w:rPr>
          <w:b/>
          <w:bCs/>
        </w:rPr>
      </w:pPr>
      <w:r w:rsidRPr="00D4787B">
        <w:rPr>
          <w:b/>
          <w:bCs/>
        </w:rPr>
        <w:t>Life Story</w:t>
      </w:r>
    </w:p>
    <w:p w14:paraId="14C458CB" w14:textId="351679A4" w:rsidR="00D4787B" w:rsidRDefault="00D4787B" w:rsidP="00D4787B">
      <w:r w:rsidRPr="00D4787B">
        <w:t>Education</w:t>
      </w:r>
    </w:p>
    <w:p w14:paraId="4B8F1A85" w14:textId="3A454BCA" w:rsidR="00D4787B" w:rsidRDefault="00D4787B" w:rsidP="00D4787B">
      <w:r w:rsidRPr="00D4787B">
        <w:t>Occupation</w:t>
      </w:r>
    </w:p>
    <w:p w14:paraId="4BF931B0" w14:textId="0F795B9A" w:rsidR="00D4787B" w:rsidRDefault="00D4787B" w:rsidP="00D4787B">
      <w:r w:rsidRPr="00D4787B">
        <w:t>Military Service</w:t>
      </w:r>
    </w:p>
    <w:p w14:paraId="6C46BCBD" w14:textId="1C2286C8" w:rsidR="000E5D7F" w:rsidRDefault="00011CCD" w:rsidP="00BD3A15">
      <w:r>
        <w:t>Organizations</w:t>
      </w:r>
    </w:p>
    <w:p w14:paraId="3FE99CF7" w14:textId="4D63F724" w:rsidR="003D04AF" w:rsidRDefault="00BD3A15" w:rsidP="003D04AF">
      <w:r w:rsidRPr="00BD3A15">
        <w:t xml:space="preserve">Community </w:t>
      </w:r>
      <w:r w:rsidR="00131917">
        <w:t xml:space="preserve">Involvement </w:t>
      </w:r>
      <w:r w:rsidR="003D04AF">
        <w:t>(church, civic clubs, volunteer work, offices held)</w:t>
      </w:r>
    </w:p>
    <w:p w14:paraId="757176C4" w14:textId="496C10BC" w:rsidR="000E5D7F" w:rsidRPr="00BD3A15" w:rsidRDefault="000E5D7F" w:rsidP="00BD3A15">
      <w:r>
        <w:t>A</w:t>
      </w:r>
      <w:r w:rsidRPr="000E5D7F">
        <w:t>ccomplishments</w:t>
      </w:r>
    </w:p>
    <w:p w14:paraId="4AA7F66B" w14:textId="77777777" w:rsidR="00D4787B" w:rsidRDefault="00D4787B"/>
    <w:p w14:paraId="369C0D0C" w14:textId="2B81FEF6" w:rsidR="00D4787B" w:rsidRPr="00450D03" w:rsidRDefault="00D4787B" w:rsidP="00D4787B">
      <w:r w:rsidRPr="00D4787B">
        <w:rPr>
          <w:b/>
          <w:bCs/>
        </w:rPr>
        <w:t>Pioneer Heritage</w:t>
      </w:r>
      <w:r w:rsidR="00450D03">
        <w:rPr>
          <w:b/>
          <w:bCs/>
        </w:rPr>
        <w:t xml:space="preserve"> </w:t>
      </w:r>
      <w:r w:rsidR="00450D03" w:rsidRPr="00450D03">
        <w:t>How did this person become part of Verde Valley history?</w:t>
      </w:r>
    </w:p>
    <w:p w14:paraId="1BAD4BB8" w14:textId="3DBBE6E8" w:rsidR="00D4787B" w:rsidRPr="00D4787B" w:rsidRDefault="00D4787B" w:rsidP="00D4787B">
      <w:r w:rsidRPr="00D4787B">
        <w:t>Arrival in Verde Valley</w:t>
      </w:r>
    </w:p>
    <w:p w14:paraId="623E9AD2" w14:textId="6C962274" w:rsidR="00D4787B" w:rsidRPr="00D4787B" w:rsidRDefault="00D4787B" w:rsidP="00D4787B">
      <w:r w:rsidRPr="00D4787B">
        <w:t>How they arrived</w:t>
      </w:r>
    </w:p>
    <w:p w14:paraId="47F85146" w14:textId="2CF2EBBE" w:rsidR="00BD3A15" w:rsidRDefault="00BD3A15" w:rsidP="00BD3A15">
      <w:r>
        <w:t>When and where did they live in the Verde Valley</w:t>
      </w:r>
    </w:p>
    <w:p w14:paraId="06C2B955" w14:textId="77777777" w:rsidR="00D4787B" w:rsidRDefault="00D4787B"/>
    <w:p w14:paraId="4DE788C9" w14:textId="6CF8D1CF" w:rsidR="00D3403D" w:rsidRPr="008F7DDD" w:rsidRDefault="00000000">
      <w:pPr>
        <w:rPr>
          <w:sz w:val="30"/>
          <w:szCs w:val="30"/>
        </w:rPr>
      </w:pPr>
      <w:r w:rsidRPr="008F7DDD">
        <w:rPr>
          <w:b/>
          <w:color w:val="3E5E3A"/>
          <w:sz w:val="30"/>
          <w:szCs w:val="30"/>
        </w:rPr>
        <w:lastRenderedPageBreak/>
        <w:t>Biography Information</w:t>
      </w:r>
    </w:p>
    <w:p w14:paraId="6B99F34D" w14:textId="4AF3E19A" w:rsidR="00D3403D" w:rsidRDefault="00BD3A15">
      <w:r w:rsidRPr="00BD3A15">
        <w:t>What would you like future generations to know about this person?</w:t>
      </w:r>
      <w:r w:rsidR="000E5D7F">
        <w:br/>
      </w:r>
      <w:r w:rsidRPr="00BD3A15">
        <w:t>Stories</w:t>
      </w:r>
      <w:r w:rsidR="00011CCD">
        <w:t>, m</w:t>
      </w:r>
      <w:r w:rsidRPr="00BD3A15">
        <w:t>emories</w:t>
      </w:r>
      <w:r w:rsidR="00011CCD">
        <w:t xml:space="preserve"> </w:t>
      </w:r>
      <w:r>
        <w:t>or interesting facts:</w:t>
      </w:r>
    </w:p>
    <w:p w14:paraId="325DBE27" w14:textId="77777777" w:rsidR="008F7DDD" w:rsidRDefault="008F7DDD"/>
    <w:p w14:paraId="3A9F90D7" w14:textId="77777777" w:rsidR="008F7DDD" w:rsidRDefault="008F7DDD"/>
    <w:p w14:paraId="24B5FCDE" w14:textId="77777777" w:rsidR="000365F6" w:rsidRDefault="000365F6"/>
    <w:p w14:paraId="517D8CB7" w14:textId="77777777" w:rsidR="008F7DDD" w:rsidRDefault="008F7DDD"/>
    <w:p w14:paraId="134CB29E" w14:textId="77777777" w:rsidR="008F7DDD" w:rsidRDefault="008F7DDD"/>
    <w:p w14:paraId="19999DC6" w14:textId="77777777" w:rsidR="004B555A" w:rsidRDefault="004B555A"/>
    <w:p w14:paraId="58C2754B" w14:textId="166E354D" w:rsidR="008F7DDD" w:rsidRDefault="008F7DDD" w:rsidP="008F7DDD">
      <w:pPr>
        <w:rPr>
          <w:b/>
          <w:color w:val="3E5E3A"/>
          <w:sz w:val="30"/>
          <w:szCs w:val="30"/>
        </w:rPr>
      </w:pPr>
      <w:r>
        <w:rPr>
          <w:b/>
          <w:color w:val="3E5E3A"/>
          <w:sz w:val="30"/>
          <w:szCs w:val="30"/>
        </w:rPr>
        <w:t>Did we miss anything?</w:t>
      </w:r>
    </w:p>
    <w:p w14:paraId="08D1B4EE" w14:textId="77777777" w:rsidR="003115CC" w:rsidRDefault="003115CC" w:rsidP="008F7DDD">
      <w:pPr>
        <w:rPr>
          <w:b/>
          <w:color w:val="3E5E3A"/>
          <w:sz w:val="30"/>
          <w:szCs w:val="30"/>
        </w:rPr>
      </w:pPr>
    </w:p>
    <w:p w14:paraId="108FB165" w14:textId="77777777" w:rsidR="00383599" w:rsidRDefault="00383599" w:rsidP="008F7DDD">
      <w:pPr>
        <w:rPr>
          <w:b/>
          <w:color w:val="3E5E3A"/>
          <w:sz w:val="30"/>
          <w:szCs w:val="30"/>
        </w:rPr>
      </w:pPr>
    </w:p>
    <w:p w14:paraId="0601B394" w14:textId="0F49B272" w:rsidR="008F7DDD" w:rsidRPr="000365F6" w:rsidRDefault="008F7DDD" w:rsidP="008F7DDD">
      <w:r w:rsidRPr="000365F6">
        <w:rPr>
          <w:b/>
          <w:bCs/>
        </w:rPr>
        <w:t>Have you found any websites or online resources about this pioneer?</w:t>
      </w:r>
      <w:r>
        <w:rPr>
          <w:b/>
          <w:bCs/>
        </w:rPr>
        <w:br/>
      </w:r>
      <w:r w:rsidRPr="000365F6">
        <w:t>If so, please copy and paste the website addresses (URLs) below. These links help us locate and verify information while preparing the biography.</w:t>
      </w:r>
      <w:r>
        <w:t xml:space="preserve"> </w:t>
      </w:r>
      <w:r w:rsidR="00131917" w:rsidRPr="00131917">
        <w:t>Website links help us verify historical facts and may lead us to additional photographs and records.</w:t>
      </w:r>
      <w:r w:rsidR="00131917">
        <w:t xml:space="preserve"> </w:t>
      </w:r>
      <w:r w:rsidRPr="003A5B20">
        <w:t>If a resource requires a subscription or login (such as Ancestry), please also summarize the information or upload copies of any important records or photographs.</w:t>
      </w:r>
    </w:p>
    <w:p w14:paraId="0A52F582" w14:textId="77777777" w:rsidR="008F7DDD" w:rsidRDefault="008F7DDD" w:rsidP="008F7DDD">
      <w:pPr>
        <w:rPr>
          <w:b/>
          <w:bCs/>
        </w:rPr>
      </w:pPr>
      <w:r w:rsidRPr="000365F6">
        <w:rPr>
          <w:b/>
          <w:bCs/>
        </w:rPr>
        <w:t>Examples include:</w:t>
      </w:r>
    </w:p>
    <w:p w14:paraId="11563C62" w14:textId="77777777" w:rsidR="003115CC" w:rsidRDefault="003115CC" w:rsidP="003115CC">
      <w:pPr>
        <w:spacing w:line="180" w:lineRule="auto"/>
        <w:sectPr w:rsidR="003115CC" w:rsidSect="00034616">
          <w:footerReference w:type="default" r:id="rId9"/>
          <w:pgSz w:w="12240" w:h="15840"/>
          <w:pgMar w:top="800" w:right="1080" w:bottom="800" w:left="1080" w:header="720" w:footer="720" w:gutter="0"/>
          <w:cols w:space="720"/>
          <w:docGrid w:linePitch="360"/>
        </w:sectPr>
      </w:pPr>
    </w:p>
    <w:p w14:paraId="2BA12D4E" w14:textId="77777777" w:rsidR="008F7DDD" w:rsidRDefault="008F7DDD" w:rsidP="008F7DDD">
      <w:pPr>
        <w:numPr>
          <w:ilvl w:val="0"/>
          <w:numId w:val="10"/>
        </w:numPr>
        <w:spacing w:line="180" w:lineRule="auto"/>
      </w:pPr>
      <w:r>
        <w:t>Verde Independent article</w:t>
      </w:r>
    </w:p>
    <w:p w14:paraId="6153E233" w14:textId="77777777" w:rsidR="008F7DDD" w:rsidRDefault="008F7DDD" w:rsidP="008F7DDD">
      <w:pPr>
        <w:numPr>
          <w:ilvl w:val="0"/>
          <w:numId w:val="10"/>
        </w:numPr>
        <w:spacing w:line="180" w:lineRule="auto"/>
      </w:pPr>
      <w:r>
        <w:t>Sharlot Hall</w:t>
      </w:r>
    </w:p>
    <w:p w14:paraId="7569C3A0" w14:textId="77777777" w:rsidR="008F7DDD" w:rsidRDefault="008F7DDD" w:rsidP="008F7DDD">
      <w:pPr>
        <w:numPr>
          <w:ilvl w:val="0"/>
          <w:numId w:val="10"/>
        </w:numPr>
        <w:spacing w:line="180" w:lineRule="auto"/>
      </w:pPr>
      <w:r>
        <w:t>Newspapers.com</w:t>
      </w:r>
    </w:p>
    <w:p w14:paraId="66354F64" w14:textId="77777777" w:rsidR="008F7DDD" w:rsidRPr="000365F6" w:rsidRDefault="008F7DDD" w:rsidP="008F7DDD">
      <w:pPr>
        <w:numPr>
          <w:ilvl w:val="0"/>
          <w:numId w:val="10"/>
        </w:numPr>
        <w:spacing w:line="180" w:lineRule="auto"/>
      </w:pPr>
      <w:r w:rsidRPr="00F27206">
        <w:t>Facebook posts or pages</w:t>
      </w:r>
    </w:p>
    <w:p w14:paraId="2633A531" w14:textId="77777777" w:rsidR="008F7DDD" w:rsidRPr="000365F6" w:rsidRDefault="008F7DDD" w:rsidP="008F7DDD">
      <w:pPr>
        <w:numPr>
          <w:ilvl w:val="0"/>
          <w:numId w:val="10"/>
        </w:numPr>
        <w:spacing w:line="180" w:lineRule="auto"/>
      </w:pPr>
      <w:r w:rsidRPr="000365F6">
        <w:t xml:space="preserve">Family websites </w:t>
      </w:r>
    </w:p>
    <w:p w14:paraId="265517ED" w14:textId="77777777" w:rsidR="008F7DDD" w:rsidRPr="000365F6" w:rsidRDefault="008F7DDD" w:rsidP="008F7DDD">
      <w:pPr>
        <w:numPr>
          <w:ilvl w:val="0"/>
          <w:numId w:val="10"/>
        </w:numPr>
        <w:spacing w:line="180" w:lineRule="auto"/>
      </w:pPr>
      <w:r w:rsidRPr="000365F6">
        <w:t xml:space="preserve">Historical society websites </w:t>
      </w:r>
    </w:p>
    <w:p w14:paraId="2983B1BF" w14:textId="77777777" w:rsidR="008F7DDD" w:rsidRDefault="008F7DDD" w:rsidP="008F7DDD">
      <w:pPr>
        <w:numPr>
          <w:ilvl w:val="0"/>
          <w:numId w:val="10"/>
        </w:numPr>
        <w:spacing w:line="180" w:lineRule="auto"/>
      </w:pPr>
      <w:r w:rsidRPr="000365F6">
        <w:t xml:space="preserve">Genealogy </w:t>
      </w:r>
      <w:r>
        <w:t>websites</w:t>
      </w:r>
    </w:p>
    <w:p w14:paraId="3C46AD46" w14:textId="77777777" w:rsidR="008F7DDD" w:rsidRDefault="008F7DDD" w:rsidP="008F7DDD">
      <w:pPr>
        <w:numPr>
          <w:ilvl w:val="1"/>
          <w:numId w:val="10"/>
        </w:numPr>
        <w:spacing w:line="180" w:lineRule="auto"/>
      </w:pPr>
      <w:r>
        <w:t>Find a Grave</w:t>
      </w:r>
    </w:p>
    <w:p w14:paraId="7E723BCE" w14:textId="77777777" w:rsidR="008F7DDD" w:rsidRDefault="008F7DDD" w:rsidP="008F7DDD">
      <w:pPr>
        <w:numPr>
          <w:ilvl w:val="1"/>
          <w:numId w:val="10"/>
        </w:numPr>
        <w:spacing w:line="180" w:lineRule="auto"/>
      </w:pPr>
      <w:r>
        <w:t>Family Search</w:t>
      </w:r>
    </w:p>
    <w:p w14:paraId="7F6D44D2" w14:textId="77777777" w:rsidR="008F7DDD" w:rsidRDefault="008F7DDD" w:rsidP="008F7DDD">
      <w:pPr>
        <w:numPr>
          <w:ilvl w:val="1"/>
          <w:numId w:val="10"/>
        </w:numPr>
        <w:spacing w:line="180" w:lineRule="auto"/>
      </w:pPr>
      <w:r>
        <w:t>Ancestry</w:t>
      </w:r>
      <w:r w:rsidRPr="000365F6">
        <w:t xml:space="preserve"> </w:t>
      </w:r>
    </w:p>
    <w:p w14:paraId="568214B6" w14:textId="77777777" w:rsidR="003115CC" w:rsidRDefault="008F7DDD" w:rsidP="008F7DDD">
      <w:pPr>
        <w:numPr>
          <w:ilvl w:val="0"/>
          <w:numId w:val="10"/>
        </w:numPr>
        <w:spacing w:line="180" w:lineRule="auto"/>
      </w:pPr>
      <w:r>
        <w:t>H</w:t>
      </w:r>
      <w:r w:rsidRPr="000365F6">
        <w:t>istory websites</w:t>
      </w:r>
    </w:p>
    <w:p w14:paraId="1DF61737" w14:textId="3FDBD14D" w:rsidR="008F7DDD" w:rsidRPr="000365F6" w:rsidRDefault="003115CC" w:rsidP="008F7DDD">
      <w:pPr>
        <w:numPr>
          <w:ilvl w:val="0"/>
          <w:numId w:val="10"/>
        </w:numPr>
        <w:spacing w:line="180" w:lineRule="auto"/>
      </w:pPr>
      <w:r w:rsidRPr="003115CC">
        <w:t>Archives.gov</w:t>
      </w:r>
      <w:r w:rsidR="008F7DDD" w:rsidRPr="000365F6">
        <w:t xml:space="preserve"> </w:t>
      </w:r>
    </w:p>
    <w:p w14:paraId="3457391E" w14:textId="77777777" w:rsidR="003115CC" w:rsidRDefault="003115CC" w:rsidP="008F7DDD">
      <w:pPr>
        <w:rPr>
          <w:b/>
          <w:bCs/>
        </w:rPr>
        <w:sectPr w:rsidR="003115CC" w:rsidSect="003115CC">
          <w:type w:val="continuous"/>
          <w:pgSz w:w="12240" w:h="15840"/>
          <w:pgMar w:top="800" w:right="1080" w:bottom="800" w:left="1080" w:header="720" w:footer="720" w:gutter="0"/>
          <w:cols w:num="2" w:space="720"/>
          <w:docGrid w:linePitch="360"/>
        </w:sectPr>
      </w:pPr>
    </w:p>
    <w:p w14:paraId="6CDDE8B9" w14:textId="77777777" w:rsidR="008F7DDD" w:rsidRPr="000365F6" w:rsidRDefault="008F7DDD" w:rsidP="008F7DDD">
      <w:r w:rsidRPr="000365F6">
        <w:rPr>
          <w:b/>
          <w:bCs/>
        </w:rPr>
        <w:t>Website Addresses (URLs):</w:t>
      </w:r>
    </w:p>
    <w:p w14:paraId="5116F572" w14:textId="77777777" w:rsidR="004B555A" w:rsidRDefault="004B555A"/>
    <w:p w14:paraId="34970A11" w14:textId="77777777" w:rsidR="008F7DDD" w:rsidRDefault="008F7DDD"/>
    <w:p w14:paraId="00A294D6" w14:textId="77777777" w:rsidR="00383599" w:rsidRDefault="00383599"/>
    <w:p w14:paraId="6B4B5F69" w14:textId="77777777" w:rsidR="00825036" w:rsidRDefault="00825036"/>
    <w:p w14:paraId="22CFE07E" w14:textId="1E3BC04C" w:rsidR="004B555A" w:rsidRPr="004B555A" w:rsidRDefault="00383599" w:rsidP="004B5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83599">
        <w:rPr>
          <w:rFonts w:ascii="Times New Roman" w:eastAsia="Times New Roman" w:hAnsi="Times New Roman" w:cs="Times New Roman"/>
          <w:b/>
          <w:bCs/>
          <w:sz w:val="32"/>
          <w:szCs w:val="32"/>
        </w:rPr>
        <w:t>Permission to Publish</w:t>
      </w:r>
      <w:r w:rsidRPr="00383599">
        <w:rPr>
          <w:rFonts w:ascii="Times New Roman" w:eastAsia="Times New Roman" w:hAnsi="Times New Roman" w:cs="Times New Roman"/>
          <w:szCs w:val="24"/>
        </w:rPr>
        <w:br/>
      </w:r>
      <w:r w:rsidR="004B555A" w:rsidRPr="004B555A">
        <w:rPr>
          <w:rFonts w:ascii="Times New Roman" w:eastAsia="Times New Roman" w:hAnsi="Times New Roman" w:cs="Times New Roman"/>
          <w:szCs w:val="24"/>
        </w:rPr>
        <w:t xml:space="preserve">By submitting this completed form and any supporting materials to </w:t>
      </w:r>
      <w:r w:rsidR="004B555A" w:rsidRPr="004B555A">
        <w:rPr>
          <w:rFonts w:ascii="Times New Roman" w:eastAsia="Times New Roman" w:hAnsi="Times New Roman" w:cs="Times New Roman"/>
          <w:b/>
          <w:bCs/>
          <w:szCs w:val="24"/>
        </w:rPr>
        <w:t>info@VerdeValleyPioneers.com</w:t>
      </w:r>
      <w:r w:rsidR="004B555A" w:rsidRPr="004B555A">
        <w:rPr>
          <w:rFonts w:ascii="Times New Roman" w:eastAsia="Times New Roman" w:hAnsi="Times New Roman" w:cs="Times New Roman"/>
          <w:szCs w:val="24"/>
        </w:rPr>
        <w:t>, you confirm that:</w:t>
      </w:r>
    </w:p>
    <w:p w14:paraId="1BE41672" w14:textId="77777777" w:rsidR="004B555A" w:rsidRPr="004B555A" w:rsidRDefault="004B555A" w:rsidP="004B55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szCs w:val="24"/>
        </w:rPr>
        <w:t xml:space="preserve">The information is accurate to the best of your knowledge. </w:t>
      </w:r>
    </w:p>
    <w:p w14:paraId="183DD0A2" w14:textId="77777777" w:rsidR="004B555A" w:rsidRPr="004B555A" w:rsidRDefault="004B555A" w:rsidP="004B55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szCs w:val="24"/>
        </w:rPr>
        <w:t xml:space="preserve">You have permission to share the submitted photographs, documents, and materials, or you own the rights to them. </w:t>
      </w:r>
    </w:p>
    <w:p w14:paraId="167999B1" w14:textId="6A4A793F" w:rsidR="004B555A" w:rsidRPr="004B555A" w:rsidRDefault="004B555A" w:rsidP="004B55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szCs w:val="24"/>
        </w:rPr>
        <w:t xml:space="preserve">You grant </w:t>
      </w:r>
      <w:r w:rsidR="009938B5" w:rsidRPr="009938B5">
        <w:rPr>
          <w:rFonts w:ascii="Times New Roman" w:eastAsia="Times New Roman" w:hAnsi="Times New Roman" w:cs="Times New Roman"/>
          <w:szCs w:val="24"/>
        </w:rPr>
        <w:t>Verde Valley Pioneers (VerdeValleyPioneers.com) permission to</w:t>
      </w:r>
      <w:r w:rsidRPr="004B555A">
        <w:rPr>
          <w:rFonts w:ascii="Times New Roman" w:eastAsia="Times New Roman" w:hAnsi="Times New Roman" w:cs="Times New Roman"/>
          <w:szCs w:val="24"/>
        </w:rPr>
        <w:t xml:space="preserve"> edit, organize, and publish the submitted materials as part of the Verde Valley Pioneers Archive, website, and related educational publications. </w:t>
      </w:r>
    </w:p>
    <w:p w14:paraId="5209CFAD" w14:textId="77777777" w:rsidR="004B555A" w:rsidRDefault="004B555A" w:rsidP="004B55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szCs w:val="24"/>
        </w:rPr>
        <w:t xml:space="preserve">You understand that we may contact you if additional information or clarification is needed before publication. </w:t>
      </w:r>
    </w:p>
    <w:p w14:paraId="5D5072B4" w14:textId="122ADE36" w:rsidR="004B555A" w:rsidRPr="004B555A" w:rsidRDefault="004B555A" w:rsidP="004B5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szCs w:val="24"/>
        </w:rPr>
        <w:t>You will retain ownership of your original photographs and documents. By submitting them, you grant Verde Valley Pioneers permission to reproduce them in connection with this project.</w:t>
      </w:r>
    </w:p>
    <w:p w14:paraId="5D70F869" w14:textId="7389DC88" w:rsidR="004B555A" w:rsidRPr="004B555A" w:rsidRDefault="004B555A" w:rsidP="004B5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b/>
          <w:bCs/>
          <w:szCs w:val="24"/>
        </w:rPr>
        <w:t>Your Name:</w:t>
      </w:r>
    </w:p>
    <w:p w14:paraId="51F6C8CF" w14:textId="0BD5DCB3" w:rsidR="004B555A" w:rsidRDefault="004B555A" w:rsidP="00993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B555A">
        <w:rPr>
          <w:rFonts w:ascii="Times New Roman" w:eastAsia="Times New Roman" w:hAnsi="Times New Roman" w:cs="Times New Roman"/>
          <w:b/>
          <w:bCs/>
          <w:szCs w:val="24"/>
        </w:rPr>
        <w:t>Date:</w:t>
      </w:r>
      <w:r w:rsidRPr="004B555A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829FA07" w14:textId="77777777" w:rsidR="009938B5" w:rsidRPr="004B555A" w:rsidRDefault="009938B5" w:rsidP="00993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14:paraId="6303835D" w14:textId="77777777" w:rsidR="00D3403D" w:rsidRDefault="00000000">
      <w:r>
        <w:rPr>
          <w:b/>
          <w:color w:val="3E5E3A"/>
          <w:sz w:val="30"/>
        </w:rPr>
        <w:t>Return Instructions</w:t>
      </w:r>
    </w:p>
    <w:p w14:paraId="737EC463" w14:textId="77777777" w:rsidR="00E268C6" w:rsidRPr="00E268C6" w:rsidRDefault="00E268C6" w:rsidP="00E268C6">
      <w:r w:rsidRPr="00E268C6">
        <w:rPr>
          <w:b/>
          <w:bCs/>
        </w:rPr>
        <w:t>How to Submit</w:t>
      </w:r>
    </w:p>
    <w:p w14:paraId="6140F8B5" w14:textId="77777777" w:rsidR="00E268C6" w:rsidRPr="00E268C6" w:rsidRDefault="00E268C6" w:rsidP="00E268C6">
      <w:pPr>
        <w:numPr>
          <w:ilvl w:val="0"/>
          <w:numId w:val="15"/>
        </w:numPr>
      </w:pPr>
      <w:r w:rsidRPr="00E268C6">
        <w:t xml:space="preserve">Complete this form. </w:t>
      </w:r>
    </w:p>
    <w:p w14:paraId="14922394" w14:textId="77777777" w:rsidR="00E268C6" w:rsidRPr="00E268C6" w:rsidRDefault="00E268C6" w:rsidP="00E268C6">
      <w:pPr>
        <w:numPr>
          <w:ilvl w:val="0"/>
          <w:numId w:val="15"/>
        </w:numPr>
      </w:pPr>
      <w:r w:rsidRPr="00E268C6">
        <w:t xml:space="preserve">Email the completed form to </w:t>
      </w:r>
      <w:r w:rsidRPr="00E268C6">
        <w:rPr>
          <w:b/>
          <w:bCs/>
        </w:rPr>
        <w:t>info@VerdeValleyPioneers.com</w:t>
      </w:r>
      <w:r w:rsidRPr="00E268C6">
        <w:t xml:space="preserve">. </w:t>
      </w:r>
    </w:p>
    <w:p w14:paraId="456BA6DA" w14:textId="77777777" w:rsidR="00E268C6" w:rsidRPr="00E268C6" w:rsidRDefault="00E268C6" w:rsidP="00E268C6">
      <w:pPr>
        <w:numPr>
          <w:ilvl w:val="0"/>
          <w:numId w:val="15"/>
        </w:numPr>
      </w:pPr>
      <w:r w:rsidRPr="00E268C6">
        <w:t>Send photographs and documents as attachments in the same email or in a second email immediately afterward.</w:t>
      </w:r>
    </w:p>
    <w:p w14:paraId="06411EB2" w14:textId="77777777" w:rsidR="004C7D0F" w:rsidRDefault="004C7D0F"/>
    <w:p w14:paraId="3192C5F9" w14:textId="77777777" w:rsidR="004C7D0F" w:rsidRDefault="004C7D0F"/>
    <w:p w14:paraId="2DE84A90" w14:textId="77777777" w:rsidR="004C7D0F" w:rsidRDefault="004C7D0F"/>
    <w:p w14:paraId="51B08811" w14:textId="77777777" w:rsidR="004C7D0F" w:rsidRDefault="004C7D0F"/>
    <w:p w14:paraId="2353D118" w14:textId="77777777" w:rsidR="00383599" w:rsidRDefault="00383599"/>
    <w:p w14:paraId="27ACCE0F" w14:textId="77777777" w:rsidR="004C7D0F" w:rsidRDefault="004C7D0F"/>
    <w:p w14:paraId="1886CD25" w14:textId="77777777" w:rsidR="004C7D0F" w:rsidRDefault="004C7D0F"/>
    <w:p w14:paraId="4DF8B29C" w14:textId="28DE30D6" w:rsidR="004C7D0F" w:rsidRPr="009C5FF9" w:rsidRDefault="004C7D0F" w:rsidP="00383599">
      <w:pPr>
        <w:rPr>
          <w:szCs w:val="24"/>
        </w:rPr>
      </w:pPr>
      <w:r w:rsidRPr="004C7D0F">
        <w:rPr>
          <w:b/>
          <w:bCs/>
        </w:rPr>
        <w:lastRenderedPageBreak/>
        <w:t>Additional Material</w:t>
      </w:r>
      <w:r>
        <w:rPr>
          <w:b/>
          <w:bCs/>
        </w:rPr>
        <w:t>s</w:t>
      </w:r>
      <w:r w:rsidR="00383599">
        <w:rPr>
          <w:b/>
          <w:bCs/>
        </w:rPr>
        <w:br/>
      </w:r>
      <w:r w:rsidRPr="009C5FF9">
        <w:rPr>
          <w:szCs w:val="24"/>
        </w:rPr>
        <w:t>Do you have any additional materials that may help us prepare this biography?</w:t>
      </w:r>
      <w:r w:rsidRPr="009C5FF9">
        <w:rPr>
          <w:szCs w:val="24"/>
        </w:rPr>
        <w:br/>
        <w:t>Items that you can send as an email attachment?</w:t>
      </w:r>
      <w:r w:rsidR="002E01DB">
        <w:rPr>
          <w:szCs w:val="24"/>
        </w:rPr>
        <w:t xml:space="preserve"> Send a second email if needed.</w:t>
      </w:r>
      <w:r w:rsidRPr="009C5FF9">
        <w:rPr>
          <w:szCs w:val="24"/>
        </w:rPr>
        <w:t xml:space="preserve">  </w:t>
      </w:r>
    </w:p>
    <w:p w14:paraId="58E8D6B9" w14:textId="77777777" w:rsidR="004C7D0F" w:rsidRPr="004C7D0F" w:rsidRDefault="004C7D0F" w:rsidP="004C7D0F">
      <w:r w:rsidRPr="004C7D0F">
        <w:t>Examples include:</w:t>
      </w:r>
    </w:p>
    <w:p w14:paraId="42CBE2A7" w14:textId="77777777" w:rsidR="009C5FF9" w:rsidRDefault="009C5FF9" w:rsidP="004C7D0F">
      <w:pPr>
        <w:numPr>
          <w:ilvl w:val="0"/>
          <w:numId w:val="12"/>
        </w:numPr>
        <w:sectPr w:rsidR="009C5FF9" w:rsidSect="003115CC">
          <w:type w:val="continuous"/>
          <w:pgSz w:w="12240" w:h="15840"/>
          <w:pgMar w:top="800" w:right="1080" w:bottom="800" w:left="1080" w:header="720" w:footer="720" w:gutter="0"/>
          <w:cols w:space="720"/>
          <w:docGrid w:linePitch="360"/>
        </w:sectPr>
      </w:pPr>
    </w:p>
    <w:p w14:paraId="5F8592D8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Letters </w:t>
      </w:r>
    </w:p>
    <w:p w14:paraId="225F64ED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Diaries or Journals </w:t>
      </w:r>
    </w:p>
    <w:p w14:paraId="40AFA69F" w14:textId="6EAC70E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Marriage Certificate </w:t>
      </w:r>
    </w:p>
    <w:p w14:paraId="2D980964" w14:textId="6ADFAB30" w:rsidR="004C7D0F" w:rsidRPr="004C7D0F" w:rsidRDefault="004C7D0F" w:rsidP="004C7D0F">
      <w:pPr>
        <w:numPr>
          <w:ilvl w:val="0"/>
          <w:numId w:val="12"/>
        </w:numPr>
      </w:pPr>
      <w:r w:rsidRPr="004C7D0F">
        <w:t>Birth</w:t>
      </w:r>
      <w:r w:rsidR="002667B7">
        <w:t>/Death</w:t>
      </w:r>
      <w:r w:rsidRPr="004C7D0F">
        <w:t xml:space="preserve"> Certificate </w:t>
      </w:r>
    </w:p>
    <w:p w14:paraId="536BE6AB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Military Records </w:t>
      </w:r>
    </w:p>
    <w:p w14:paraId="6D7D1AEA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Land Records or Deeds </w:t>
      </w:r>
    </w:p>
    <w:p w14:paraId="737E7951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Homestead Records </w:t>
      </w:r>
    </w:p>
    <w:p w14:paraId="5601116F" w14:textId="1CB76172" w:rsidR="004C7D0F" w:rsidRPr="004C7D0F" w:rsidRDefault="002667B7" w:rsidP="004C7D0F">
      <w:pPr>
        <w:numPr>
          <w:ilvl w:val="0"/>
          <w:numId w:val="12"/>
        </w:numPr>
      </w:pPr>
      <w:r>
        <w:t>Military Pension Application</w:t>
      </w:r>
    </w:p>
    <w:p w14:paraId="0206B6A8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Obituary </w:t>
      </w:r>
    </w:p>
    <w:p w14:paraId="5699EAA6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Newspaper Articles or Clippings </w:t>
      </w:r>
    </w:p>
    <w:p w14:paraId="69CBD52B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Family Photographs </w:t>
      </w:r>
    </w:p>
    <w:p w14:paraId="4BBDD4EC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Cemetery Photographs </w:t>
      </w:r>
    </w:p>
    <w:p w14:paraId="4C9E36B4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Maps </w:t>
      </w:r>
    </w:p>
    <w:p w14:paraId="6CA5707A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Audio Recordings </w:t>
      </w:r>
    </w:p>
    <w:p w14:paraId="21D8F767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Video Recordings </w:t>
      </w:r>
    </w:p>
    <w:p w14:paraId="1B97E04B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Oral Family Histories </w:t>
      </w:r>
    </w:p>
    <w:p w14:paraId="2C8467BA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Scrapbooks </w:t>
      </w:r>
    </w:p>
    <w:p w14:paraId="6E8C132C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School Records or Yearbooks </w:t>
      </w:r>
    </w:p>
    <w:p w14:paraId="0EC87F91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Church Records </w:t>
      </w:r>
    </w:p>
    <w:p w14:paraId="3CD28577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Business Records </w:t>
      </w:r>
    </w:p>
    <w:p w14:paraId="7356EB03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 xml:space="preserve">Family Trees or Genealogy Charts </w:t>
      </w:r>
    </w:p>
    <w:p w14:paraId="6882C88D" w14:textId="77777777" w:rsidR="004C7D0F" w:rsidRPr="004C7D0F" w:rsidRDefault="004C7D0F" w:rsidP="004C7D0F">
      <w:pPr>
        <w:numPr>
          <w:ilvl w:val="0"/>
          <w:numId w:val="12"/>
        </w:numPr>
      </w:pPr>
      <w:r w:rsidRPr="004C7D0F">
        <w:t>Other Historical Documents</w:t>
      </w:r>
    </w:p>
    <w:p w14:paraId="22C304D9" w14:textId="77777777" w:rsidR="009C5FF9" w:rsidRDefault="009C5FF9" w:rsidP="009C5FF9">
      <w:pPr>
        <w:sectPr w:rsidR="009C5FF9" w:rsidSect="009C5FF9">
          <w:type w:val="continuous"/>
          <w:pgSz w:w="12240" w:h="15840"/>
          <w:pgMar w:top="800" w:right="1080" w:bottom="800" w:left="1080" w:header="720" w:footer="720" w:gutter="0"/>
          <w:cols w:num="2" w:space="720"/>
          <w:docGrid w:linePitch="360"/>
        </w:sectPr>
      </w:pPr>
    </w:p>
    <w:p w14:paraId="007E96D2" w14:textId="7563EE5F" w:rsidR="009C5FF9" w:rsidRDefault="00000000" w:rsidP="009C5FF9">
      <w:pPr>
        <w:sectPr w:rsidR="009C5FF9" w:rsidSect="003115CC">
          <w:type w:val="continuous"/>
          <w:pgSz w:w="12240" w:h="15840"/>
          <w:pgMar w:top="800" w:right="1080" w:bottom="800" w:left="1080" w:header="720" w:footer="720" w:gutter="0"/>
          <w:cols w:space="720"/>
          <w:docGrid w:linePitch="360"/>
        </w:sectPr>
      </w:pPr>
      <w:r>
        <w:pict w14:anchorId="76D04BDA">
          <v:rect id="_x0000_i1025" style="width:271.15pt;height:1.6pt" o:hrpct="538" o:hralign="center" o:hrstd="t" o:hr="t" fillcolor="#a0a0a0" stroked="f"/>
        </w:pict>
      </w:r>
    </w:p>
    <w:p w14:paraId="5A87A5DB" w14:textId="77777777" w:rsidR="009C5FF9" w:rsidRPr="009C5FF9" w:rsidRDefault="009C5FF9" w:rsidP="009C5FF9">
      <w:pPr>
        <w:rPr>
          <w:b/>
          <w:bCs/>
        </w:rPr>
      </w:pPr>
      <w:r w:rsidRPr="009C5FF9">
        <w:rPr>
          <w:b/>
          <w:bCs/>
        </w:rPr>
        <w:t>Attachments</w:t>
      </w:r>
    </w:p>
    <w:p w14:paraId="2C616730" w14:textId="20F2A517" w:rsidR="009C5FF9" w:rsidRPr="009C5FF9" w:rsidRDefault="009C5FF9" w:rsidP="009C5FF9">
      <w:r w:rsidRPr="009C5FF9">
        <w:t>To help us process your submission as quickly as possible, please send photographs and documents in one of these common file formats:</w:t>
      </w:r>
    </w:p>
    <w:p w14:paraId="2FC07514" w14:textId="77777777" w:rsidR="009C5FF9" w:rsidRPr="009C5FF9" w:rsidRDefault="009C5FF9" w:rsidP="009C5FF9">
      <w:r w:rsidRPr="009C5FF9">
        <w:rPr>
          <w:b/>
          <w:bCs/>
        </w:rPr>
        <w:t>Accepted file formats:</w:t>
      </w:r>
    </w:p>
    <w:p w14:paraId="0558558A" w14:textId="77777777" w:rsidR="009C5FF9" w:rsidRPr="009C5FF9" w:rsidRDefault="009C5FF9" w:rsidP="009C5FF9">
      <w:pPr>
        <w:numPr>
          <w:ilvl w:val="0"/>
          <w:numId w:val="13"/>
        </w:numPr>
      </w:pPr>
      <w:r w:rsidRPr="009C5FF9">
        <w:t xml:space="preserve">PDF (.pdf) </w:t>
      </w:r>
    </w:p>
    <w:p w14:paraId="28D6375F" w14:textId="77777777" w:rsidR="009C5FF9" w:rsidRPr="009C5FF9" w:rsidRDefault="009C5FF9" w:rsidP="009C5FF9">
      <w:pPr>
        <w:numPr>
          <w:ilvl w:val="0"/>
          <w:numId w:val="13"/>
        </w:numPr>
      </w:pPr>
      <w:r w:rsidRPr="009C5FF9">
        <w:t xml:space="preserve">JPEG Photo (.jpg, .jpeg) </w:t>
      </w:r>
    </w:p>
    <w:p w14:paraId="3D16FFBE" w14:textId="77777777" w:rsidR="009C5FF9" w:rsidRPr="009C5FF9" w:rsidRDefault="009C5FF9" w:rsidP="009C5FF9">
      <w:pPr>
        <w:numPr>
          <w:ilvl w:val="0"/>
          <w:numId w:val="13"/>
        </w:numPr>
      </w:pPr>
      <w:r w:rsidRPr="009C5FF9">
        <w:t>PNG Image (.</w:t>
      </w:r>
      <w:proofErr w:type="spellStart"/>
      <w:r w:rsidRPr="009C5FF9">
        <w:t>png</w:t>
      </w:r>
      <w:proofErr w:type="spellEnd"/>
      <w:r w:rsidRPr="009C5FF9">
        <w:t xml:space="preserve">) </w:t>
      </w:r>
    </w:p>
    <w:p w14:paraId="365DF9C2" w14:textId="6B5FC4B0" w:rsidR="009C5FF9" w:rsidRPr="009C5FF9" w:rsidRDefault="009C5FF9" w:rsidP="009C5FF9">
      <w:pPr>
        <w:numPr>
          <w:ilvl w:val="0"/>
          <w:numId w:val="13"/>
        </w:numPr>
      </w:pPr>
      <w:r w:rsidRPr="009C5FF9">
        <w:t>Word</w:t>
      </w:r>
      <w:r w:rsidR="00560C81">
        <w:t xml:space="preserve"> Document</w:t>
      </w:r>
      <w:r w:rsidRPr="009C5FF9">
        <w:t xml:space="preserve"> (.docx) </w:t>
      </w:r>
    </w:p>
    <w:p w14:paraId="4E436A3B" w14:textId="77777777" w:rsidR="009C5FF9" w:rsidRPr="009C5FF9" w:rsidRDefault="009C5FF9" w:rsidP="009C5FF9">
      <w:pPr>
        <w:numPr>
          <w:ilvl w:val="0"/>
          <w:numId w:val="13"/>
        </w:numPr>
      </w:pPr>
      <w:r w:rsidRPr="009C5FF9">
        <w:t xml:space="preserve">Text File (.txt) </w:t>
      </w:r>
    </w:p>
    <w:p w14:paraId="0BC1B251" w14:textId="31975056" w:rsidR="009C5FF9" w:rsidRPr="009C5FF9" w:rsidRDefault="009C5FF9" w:rsidP="009C5FF9">
      <w:r w:rsidRPr="009C5FF9">
        <w:rPr>
          <w:b/>
          <w:bCs/>
        </w:rPr>
        <w:t>For your protection and ours</w:t>
      </w:r>
      <w:r>
        <w:rPr>
          <w:b/>
          <w:bCs/>
        </w:rPr>
        <w:t>,</w:t>
      </w:r>
      <w:r>
        <w:rPr>
          <w:b/>
          <w:bCs/>
        </w:rPr>
        <w:br/>
      </w:r>
      <w:r w:rsidRPr="009C5FF9">
        <w:rPr>
          <w:b/>
          <w:bCs/>
        </w:rPr>
        <w:t>please do not send</w:t>
      </w:r>
      <w:r w:rsidRPr="009C5FF9">
        <w:t xml:space="preserve"> executable or program files. The following file types will </w:t>
      </w:r>
      <w:r w:rsidRPr="009C5FF9">
        <w:rPr>
          <w:b/>
          <w:bCs/>
        </w:rPr>
        <w:t>not</w:t>
      </w:r>
      <w:r w:rsidRPr="009C5FF9">
        <w:t xml:space="preserve"> be accepted:</w:t>
      </w:r>
    </w:p>
    <w:p w14:paraId="20E275D0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 xml:space="preserve">.exe </w:t>
      </w:r>
    </w:p>
    <w:p w14:paraId="2ACE82BB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 xml:space="preserve">.bat </w:t>
      </w:r>
    </w:p>
    <w:p w14:paraId="4F7A156D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>.</w:t>
      </w:r>
      <w:proofErr w:type="spellStart"/>
      <w:r w:rsidRPr="009C5FF9">
        <w:t>cmd</w:t>
      </w:r>
      <w:proofErr w:type="spellEnd"/>
      <w:r w:rsidRPr="009C5FF9">
        <w:t xml:space="preserve"> </w:t>
      </w:r>
    </w:p>
    <w:p w14:paraId="1994DA1B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 xml:space="preserve">.com </w:t>
      </w:r>
    </w:p>
    <w:p w14:paraId="7E7FF9AC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>.</w:t>
      </w:r>
      <w:proofErr w:type="spellStart"/>
      <w:r w:rsidRPr="009C5FF9">
        <w:t>scr</w:t>
      </w:r>
      <w:proofErr w:type="spellEnd"/>
      <w:r w:rsidRPr="009C5FF9">
        <w:t xml:space="preserve"> </w:t>
      </w:r>
    </w:p>
    <w:p w14:paraId="0E9A40B6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>.</w:t>
      </w:r>
      <w:proofErr w:type="spellStart"/>
      <w:r w:rsidRPr="009C5FF9">
        <w:t>js</w:t>
      </w:r>
      <w:proofErr w:type="spellEnd"/>
      <w:r w:rsidRPr="009C5FF9">
        <w:t xml:space="preserve"> </w:t>
      </w:r>
    </w:p>
    <w:p w14:paraId="4EB13818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>.</w:t>
      </w:r>
      <w:proofErr w:type="spellStart"/>
      <w:r w:rsidRPr="009C5FF9">
        <w:t>vbs</w:t>
      </w:r>
      <w:proofErr w:type="spellEnd"/>
      <w:r w:rsidRPr="009C5FF9">
        <w:t xml:space="preserve"> </w:t>
      </w:r>
    </w:p>
    <w:p w14:paraId="7FC1D079" w14:textId="77777777" w:rsidR="009C5FF9" w:rsidRPr="009C5FF9" w:rsidRDefault="009C5FF9" w:rsidP="009C5FF9">
      <w:pPr>
        <w:numPr>
          <w:ilvl w:val="0"/>
          <w:numId w:val="14"/>
        </w:numPr>
        <w:spacing w:line="180" w:lineRule="auto"/>
      </w:pPr>
      <w:r w:rsidRPr="009C5FF9">
        <w:t>.</w:t>
      </w:r>
      <w:proofErr w:type="spellStart"/>
      <w:r w:rsidRPr="009C5FF9">
        <w:t>msi</w:t>
      </w:r>
      <w:proofErr w:type="spellEnd"/>
      <w:r w:rsidRPr="009C5FF9">
        <w:t xml:space="preserve"> </w:t>
      </w:r>
    </w:p>
    <w:p w14:paraId="136CAC9D" w14:textId="735BC8AA" w:rsidR="009C5FF9" w:rsidRDefault="009C5FF9" w:rsidP="009C5FF9">
      <w:pPr>
        <w:numPr>
          <w:ilvl w:val="0"/>
          <w:numId w:val="14"/>
        </w:numPr>
        <w:spacing w:line="180" w:lineRule="auto"/>
        <w:sectPr w:rsidR="009C5FF9" w:rsidSect="009C5FF9">
          <w:type w:val="continuous"/>
          <w:pgSz w:w="12240" w:h="15840"/>
          <w:pgMar w:top="800" w:right="1080" w:bottom="800" w:left="1080" w:header="720" w:footer="720" w:gutter="0"/>
          <w:cols w:num="2" w:space="720"/>
          <w:docGrid w:linePitch="360"/>
        </w:sectPr>
      </w:pPr>
      <w:r w:rsidRPr="009C5FF9">
        <w:t>.p</w:t>
      </w:r>
      <w:r>
        <w:t>s</w:t>
      </w:r>
      <w:r w:rsidR="00D23144">
        <w:t>1</w:t>
      </w:r>
    </w:p>
    <w:p w14:paraId="03C1768A" w14:textId="5DB65764" w:rsidR="004C7D0F" w:rsidRDefault="007D52F2" w:rsidP="009C5FF9">
      <w:r w:rsidRPr="007D52F2">
        <w:t>To help protect our computers and volunteers from malicious software, executable and program files cannot be accepted.</w:t>
      </w:r>
    </w:p>
    <w:sectPr w:rsidR="004C7D0F" w:rsidSect="003115CC">
      <w:type w:val="continuous"/>
      <w:pgSz w:w="12240" w:h="15840"/>
      <w:pgMar w:top="800" w:right="1080" w:bottom="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06825" w14:textId="77777777" w:rsidR="00CD29D9" w:rsidRDefault="00CD29D9">
      <w:pPr>
        <w:spacing w:after="0" w:line="240" w:lineRule="auto"/>
      </w:pPr>
      <w:r>
        <w:separator/>
      </w:r>
    </w:p>
  </w:endnote>
  <w:endnote w:type="continuationSeparator" w:id="0">
    <w:p w14:paraId="2902F1BA" w14:textId="77777777" w:rsidR="00CD29D9" w:rsidRDefault="00CD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0C3F" w14:textId="77777777" w:rsidR="00D3403D" w:rsidRDefault="00000000">
    <w:pPr>
      <w:pStyle w:val="Footer"/>
      <w:jc w:val="center"/>
    </w:pPr>
    <w:r>
      <w:rPr>
        <w:b/>
      </w:rPr>
      <w:t>Verde Valley Pioneers</w:t>
    </w:r>
    <w:r>
      <w:rPr>
        <w:b/>
      </w:rPr>
      <w:br/>
    </w:r>
    <w:r>
      <w:t>Every Verde Valley Pioneer Has a Story Worth Preserving.</w:t>
    </w:r>
    <w:r>
      <w:br/>
      <w:t>© 2026 Verde Valley Pioneers.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2428" w14:textId="77777777" w:rsidR="00CD29D9" w:rsidRDefault="00CD29D9">
      <w:pPr>
        <w:spacing w:after="0" w:line="240" w:lineRule="auto"/>
      </w:pPr>
      <w:r>
        <w:separator/>
      </w:r>
    </w:p>
  </w:footnote>
  <w:footnote w:type="continuationSeparator" w:id="0">
    <w:p w14:paraId="404B2A75" w14:textId="77777777" w:rsidR="00CD29D9" w:rsidRDefault="00CD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940177"/>
    <w:multiLevelType w:val="multilevel"/>
    <w:tmpl w:val="D38C5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DC5007"/>
    <w:multiLevelType w:val="multilevel"/>
    <w:tmpl w:val="C34C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46F5D"/>
    <w:multiLevelType w:val="multilevel"/>
    <w:tmpl w:val="2BAC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DA50C5"/>
    <w:multiLevelType w:val="multilevel"/>
    <w:tmpl w:val="94FE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F3026"/>
    <w:multiLevelType w:val="multilevel"/>
    <w:tmpl w:val="9E1E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090C9E"/>
    <w:multiLevelType w:val="multilevel"/>
    <w:tmpl w:val="6CA2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965570">
    <w:abstractNumId w:val="8"/>
  </w:num>
  <w:num w:numId="2" w16cid:durableId="305745296">
    <w:abstractNumId w:val="6"/>
  </w:num>
  <w:num w:numId="3" w16cid:durableId="377752011">
    <w:abstractNumId w:val="5"/>
  </w:num>
  <w:num w:numId="4" w16cid:durableId="1523931625">
    <w:abstractNumId w:val="4"/>
  </w:num>
  <w:num w:numId="5" w16cid:durableId="1829898265">
    <w:abstractNumId w:val="7"/>
  </w:num>
  <w:num w:numId="6" w16cid:durableId="1792704053">
    <w:abstractNumId w:val="3"/>
  </w:num>
  <w:num w:numId="7" w16cid:durableId="518199994">
    <w:abstractNumId w:val="2"/>
  </w:num>
  <w:num w:numId="8" w16cid:durableId="1846243579">
    <w:abstractNumId w:val="1"/>
  </w:num>
  <w:num w:numId="9" w16cid:durableId="209533293">
    <w:abstractNumId w:val="0"/>
  </w:num>
  <w:num w:numId="10" w16cid:durableId="1749115148">
    <w:abstractNumId w:val="13"/>
  </w:num>
  <w:num w:numId="11" w16cid:durableId="458496216">
    <w:abstractNumId w:val="11"/>
  </w:num>
  <w:num w:numId="12" w16cid:durableId="858735228">
    <w:abstractNumId w:val="14"/>
  </w:num>
  <w:num w:numId="13" w16cid:durableId="1208646519">
    <w:abstractNumId w:val="10"/>
  </w:num>
  <w:num w:numId="14" w16cid:durableId="1498497321">
    <w:abstractNumId w:val="12"/>
  </w:num>
  <w:num w:numId="15" w16cid:durableId="599801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CCD"/>
    <w:rsid w:val="00032F1D"/>
    <w:rsid w:val="00034616"/>
    <w:rsid w:val="000365F6"/>
    <w:rsid w:val="0006063C"/>
    <w:rsid w:val="0007179A"/>
    <w:rsid w:val="000E5D7F"/>
    <w:rsid w:val="00131917"/>
    <w:rsid w:val="0015074B"/>
    <w:rsid w:val="0016419F"/>
    <w:rsid w:val="0018095F"/>
    <w:rsid w:val="001A5225"/>
    <w:rsid w:val="001C5C6C"/>
    <w:rsid w:val="002667B7"/>
    <w:rsid w:val="0029639D"/>
    <w:rsid w:val="002E01DB"/>
    <w:rsid w:val="002F72CE"/>
    <w:rsid w:val="003115CC"/>
    <w:rsid w:val="00326F90"/>
    <w:rsid w:val="00371295"/>
    <w:rsid w:val="00383599"/>
    <w:rsid w:val="003A5B20"/>
    <w:rsid w:val="003C1B77"/>
    <w:rsid w:val="003D04AF"/>
    <w:rsid w:val="00432E91"/>
    <w:rsid w:val="00436236"/>
    <w:rsid w:val="00450D03"/>
    <w:rsid w:val="004769F3"/>
    <w:rsid w:val="004B555A"/>
    <w:rsid w:val="004C7D0F"/>
    <w:rsid w:val="00555D0A"/>
    <w:rsid w:val="00560C81"/>
    <w:rsid w:val="006959D7"/>
    <w:rsid w:val="007D52F2"/>
    <w:rsid w:val="00825036"/>
    <w:rsid w:val="008F7DDD"/>
    <w:rsid w:val="009938B5"/>
    <w:rsid w:val="009C5FF9"/>
    <w:rsid w:val="00A8115F"/>
    <w:rsid w:val="00AA1D8D"/>
    <w:rsid w:val="00B47730"/>
    <w:rsid w:val="00BD3A15"/>
    <w:rsid w:val="00BE5922"/>
    <w:rsid w:val="00CB0664"/>
    <w:rsid w:val="00CB356B"/>
    <w:rsid w:val="00CD29D9"/>
    <w:rsid w:val="00CF3980"/>
    <w:rsid w:val="00D23144"/>
    <w:rsid w:val="00D32B99"/>
    <w:rsid w:val="00D3403D"/>
    <w:rsid w:val="00D4787B"/>
    <w:rsid w:val="00DB3D9A"/>
    <w:rsid w:val="00DF7ACB"/>
    <w:rsid w:val="00E268C6"/>
    <w:rsid w:val="00E56AC4"/>
    <w:rsid w:val="00EB1978"/>
    <w:rsid w:val="00F27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457A3"/>
  <w14:defaultImageDpi w14:val="300"/>
  <w15:docId w15:val="{A339AED4-80DB-4105-9E3A-3FEF7AA1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Georgia" w:eastAsia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478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William Rowe</cp:lastModifiedBy>
  <cp:revision>2</cp:revision>
  <dcterms:created xsi:type="dcterms:W3CDTF">2026-07-16T19:41:00Z</dcterms:created>
  <dcterms:modified xsi:type="dcterms:W3CDTF">2026-07-16T19:41:00Z</dcterms:modified>
  <cp:category/>
</cp:coreProperties>
</file>