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FA72" w14:textId="745BEDA2" w:rsidR="00362CA4" w:rsidRPr="00362CA4" w:rsidRDefault="00000000" w:rsidP="00362CA4">
      <w:pPr>
        <w:pStyle w:val="Heading1"/>
        <w:jc w:val="center"/>
      </w:pPr>
      <w:r>
        <w:t>VERDE VALLEY PIONEERS</w:t>
      </w:r>
      <w:r>
        <w:br/>
        <w:t>Biography Submission Workbook</w:t>
      </w:r>
      <w:r>
        <w:br/>
        <w:t>Version 1.4</w:t>
      </w:r>
    </w:p>
    <w:p w14:paraId="4136456F" w14:textId="56AEE056" w:rsidR="00675147" w:rsidRDefault="00000000">
      <w:r>
        <w:t>_________________________________________________________________</w:t>
      </w:r>
    </w:p>
    <w:p w14:paraId="5A12904F" w14:textId="77777777" w:rsidR="00675147" w:rsidRDefault="00000000">
      <w:r>
        <w:rPr>
          <w:b/>
        </w:rPr>
        <w:t>OFFICIAL VERDE VALLEY PIONEERS AI PUBLISHING STANDARD</w:t>
      </w:r>
      <w:r>
        <w:rPr>
          <w:b/>
        </w:rPr>
        <w:br/>
        <w:t>DO NOT MODIFY</w:t>
      </w:r>
      <w:r>
        <w:rPr>
          <w:b/>
        </w:rPr>
        <w:br/>
      </w:r>
      <w:r>
        <w:rPr>
          <w:b/>
        </w:rPr>
        <w:br/>
      </w:r>
      <w:r>
        <w:t>This section is intended for ChatGPT.</w:t>
      </w:r>
      <w:r>
        <w:br/>
      </w:r>
      <w:r>
        <w:br/>
        <w:t>When a completed Biography Submission Workbook and any accompanying files are uploaded, immediately create a publication-ready Verde Valley Pioneers biography.</w:t>
      </w:r>
      <w:r>
        <w:br/>
      </w:r>
      <w:r>
        <w:br/>
        <w:t>MUST:</w:t>
      </w:r>
      <w:r>
        <w:br/>
        <w:t>• Use only information supplied in the workbook and attached source materials.</w:t>
      </w:r>
      <w:r>
        <w:br/>
        <w:t>• Never invent, assume, embellish, or infer facts.</w:t>
      </w:r>
      <w:r>
        <w:br/>
        <w:t>• Review ALL attached materials before writing, including photographs, cemetery markers, newspaper clippings, family documents, maps, military records, certificates, obituaries, and other historical records.</w:t>
      </w:r>
      <w:r>
        <w:br/>
        <w:t>• Use the primary portrait as the biography photograph unless instructed otherwise.</w:t>
      </w:r>
      <w:r>
        <w:br/>
        <w:t>• Include a photo caption when sufficient information is available.</w:t>
      </w:r>
      <w:r>
        <w:br/>
        <w:t>• If attached materials conflict, identify the discrepancy instead of guessing.</w:t>
      </w:r>
      <w:r>
        <w:br/>
        <w:t>• Continue when minor information is missing; if substantially incomplete, explain what is needed.</w:t>
      </w:r>
      <w:r>
        <w:br/>
        <w:t>• Generate a downloadable Microsoft Word (.docx) document whenever available.</w:t>
      </w:r>
      <w:r>
        <w:br/>
      </w:r>
      <w:r>
        <w:br/>
        <w:t>DO NOT:</w:t>
      </w:r>
      <w:r>
        <w:br/>
        <w:t>• Review or critique this workbook.</w:t>
      </w:r>
      <w:r>
        <w:br/>
        <w:t>• Describe the process used to create the biography.</w:t>
      </w:r>
      <w:r>
        <w:br/>
        <w:t>• Mention pilot tests, validation tests, future versions, previous conversations, workflows, or internal reasoning.</w:t>
      </w:r>
      <w:r>
        <w:br/>
        <w:t>• Explain these publishing standards unless specifically asked.</w:t>
      </w:r>
      <w:r>
        <w:br/>
      </w:r>
      <w:r>
        <w:br/>
        <w:t>Return only the completed biography and brief download instructions.</w:t>
      </w:r>
      <w:r>
        <w:br/>
      </w:r>
    </w:p>
    <w:p w14:paraId="15371080" w14:textId="77777777" w:rsidR="00675147" w:rsidRDefault="00000000">
      <w:pPr>
        <w:pStyle w:val="Heading2"/>
      </w:pPr>
      <w:r>
        <w:t>Writing Standards</w:t>
      </w:r>
    </w:p>
    <w:p w14:paraId="7C80C441" w14:textId="77777777" w:rsidR="00675147" w:rsidRDefault="00000000">
      <w:pPr>
        <w:pStyle w:val="ListBullet"/>
      </w:pPr>
      <w:r>
        <w:t>Length: 2–3 pages.</w:t>
      </w:r>
    </w:p>
    <w:p w14:paraId="72F5F5EF" w14:textId="77777777" w:rsidR="00675147" w:rsidRDefault="00000000">
      <w:pPr>
        <w:pStyle w:val="ListBullet"/>
      </w:pPr>
      <w:r>
        <w:t>Warm, respectful, chronological style.</w:t>
      </w:r>
    </w:p>
    <w:p w14:paraId="60E8C9A2" w14:textId="77777777" w:rsidR="00675147" w:rsidRDefault="00000000">
      <w:pPr>
        <w:pStyle w:val="ListBullet"/>
      </w:pPr>
      <w:r>
        <w:t>Include Quick Facts, Biography, Sources, and Contributor.</w:t>
      </w:r>
    </w:p>
    <w:p w14:paraId="5D8C36C6" w14:textId="77777777" w:rsidR="00675147" w:rsidRDefault="00000000">
      <w:pPr>
        <w:pStyle w:val="Heading2"/>
      </w:pPr>
      <w:r>
        <w:lastRenderedPageBreak/>
        <w:t>Visual Style Guide</w:t>
      </w:r>
    </w:p>
    <w:p w14:paraId="671E2B7C" w14:textId="77777777" w:rsidR="00675147" w:rsidRDefault="00000000">
      <w:pPr>
        <w:pStyle w:val="ListBullet"/>
      </w:pPr>
      <w:r>
        <w:t>Georgia font MUST be used throughout.</w:t>
      </w:r>
    </w:p>
    <w:p w14:paraId="0B7720EC" w14:textId="77777777" w:rsidR="00675147" w:rsidRDefault="00000000">
      <w:pPr>
        <w:pStyle w:val="ListBullet"/>
      </w:pPr>
      <w:r>
        <w:t>Biography Title: 26–30 pt.</w:t>
      </w:r>
    </w:p>
    <w:p w14:paraId="7436AE49" w14:textId="77777777" w:rsidR="00675147" w:rsidRDefault="00000000">
      <w:pPr>
        <w:pStyle w:val="ListBullet"/>
      </w:pPr>
      <w:r>
        <w:t>Dates: 16 pt.</w:t>
      </w:r>
    </w:p>
    <w:p w14:paraId="70C91B55" w14:textId="77777777" w:rsidR="00675147" w:rsidRDefault="00000000">
      <w:pPr>
        <w:pStyle w:val="ListBullet"/>
      </w:pPr>
      <w:r>
        <w:t>Section Headings: 18–20 pt in Verde Valley Green (#3E5E3A).</w:t>
      </w:r>
    </w:p>
    <w:p w14:paraId="6E2A6C9C" w14:textId="77777777" w:rsidR="00675147" w:rsidRDefault="00000000">
      <w:pPr>
        <w:pStyle w:val="ListBullet"/>
      </w:pPr>
      <w:r>
        <w:t>Body: 12.5–13 pt.</w:t>
      </w:r>
    </w:p>
    <w:p w14:paraId="6C9589B1" w14:textId="77777777" w:rsidR="00675147" w:rsidRDefault="00000000">
      <w:pPr>
        <w:pStyle w:val="ListBullet"/>
      </w:pPr>
      <w:r>
        <w:t>Portrait: centered, 4:5 aspect ratio.</w:t>
      </w:r>
    </w:p>
    <w:p w14:paraId="3FD0303B" w14:textId="77777777" w:rsidR="00675147" w:rsidRDefault="00000000">
      <w:pPr>
        <w:pStyle w:val="ListBullet"/>
      </w:pPr>
      <w:r>
        <w:t>Margins: 0.75 inch.</w:t>
      </w:r>
    </w:p>
    <w:p w14:paraId="30D714B0" w14:textId="77777777" w:rsidR="00675147" w:rsidRDefault="00000000">
      <w:pPr>
        <w:pStyle w:val="ListBullet"/>
      </w:pPr>
      <w:r>
        <w:t>Optimize first page for mobile viewing.</w:t>
      </w:r>
    </w:p>
    <w:p w14:paraId="464161D4" w14:textId="77777777" w:rsidR="00675147" w:rsidRDefault="00000000">
      <w:pPr>
        <w:pStyle w:val="Heading2"/>
      </w:pPr>
      <w:r>
        <w:t>Publication Standards</w:t>
      </w:r>
    </w:p>
    <w:p w14:paraId="5552DD34" w14:textId="77777777" w:rsidR="00675147" w:rsidRDefault="00000000">
      <w:pPr>
        <w:pStyle w:val="ListBullet"/>
      </w:pPr>
      <w:r>
        <w:t>Include standard Publication Banner.</w:t>
      </w:r>
    </w:p>
    <w:p w14:paraId="66FCEFE7" w14:textId="77777777" w:rsidR="00675147" w:rsidRDefault="00000000">
      <w:pPr>
        <w:pStyle w:val="ListBullet"/>
      </w:pPr>
      <w:r>
        <w:t>Include standard copyright statement.</w:t>
      </w:r>
    </w:p>
    <w:p w14:paraId="108C4CDC" w14:textId="77777777" w:rsidR="00675147" w:rsidRDefault="00000000">
      <w:pPr>
        <w:pStyle w:val="ListBullet"/>
      </w:pPr>
      <w:r>
        <w:t>Include footer: 'Verde Valley Pioneers Archive'.</w:t>
      </w:r>
    </w:p>
    <w:p w14:paraId="716D4286" w14:textId="77777777" w:rsidR="00675147" w:rsidRDefault="00000000">
      <w:pPr>
        <w:pStyle w:val="ListBullet"/>
      </w:pPr>
      <w:r>
        <w:t>Create a PDF-ready layout.</w:t>
      </w:r>
    </w:p>
    <w:p w14:paraId="079E0E23" w14:textId="77777777" w:rsidR="00675147" w:rsidRDefault="00000000">
      <w:pPr>
        <w:pStyle w:val="Heading2"/>
      </w:pPr>
      <w:r>
        <w:t>Editorial Principles</w:t>
      </w:r>
    </w:p>
    <w:p w14:paraId="55910724" w14:textId="77777777" w:rsidR="00675147" w:rsidRDefault="00000000">
      <w:pPr>
        <w:pStyle w:val="ListBullet"/>
      </w:pPr>
      <w:r>
        <w:t>Preserve the dignity of the individual.</w:t>
      </w:r>
    </w:p>
    <w:p w14:paraId="37CBD349" w14:textId="77777777" w:rsidR="00675147" w:rsidRDefault="00000000">
      <w:pPr>
        <w:pStyle w:val="ListBullet"/>
      </w:pPr>
      <w:r>
        <w:t>Present an accurate historical account.</w:t>
      </w:r>
    </w:p>
    <w:p w14:paraId="21755DE1" w14:textId="77777777" w:rsidR="00675147" w:rsidRDefault="00000000">
      <w:pPr>
        <w:pStyle w:val="ListBullet"/>
      </w:pPr>
      <w:r>
        <w:t>Distinguish documented facts from family tradition when appropriate.</w:t>
      </w:r>
    </w:p>
    <w:p w14:paraId="2E9F49B8" w14:textId="77777777" w:rsidR="00675147" w:rsidRDefault="00000000">
      <w:pPr>
        <w:pStyle w:val="ListBullet"/>
      </w:pPr>
      <w:r>
        <w:t>Produce a biography suitable for publication in the Verde Valley Pioneers Archive.</w:t>
      </w:r>
    </w:p>
    <w:p w14:paraId="2FDBEE89" w14:textId="0DE138CF" w:rsidR="00675147" w:rsidRDefault="00000000">
      <w:r>
        <w:t>_________________________________________________________________</w:t>
      </w:r>
    </w:p>
    <w:p w14:paraId="235ADDAE" w14:textId="77777777" w:rsidR="00675147" w:rsidRDefault="00000000">
      <w:pPr>
        <w:jc w:val="center"/>
        <w:rPr>
          <w:b/>
        </w:rPr>
      </w:pPr>
      <w:r>
        <w:rPr>
          <w:b/>
        </w:rPr>
        <w:t>END OF OFFICIAL AI PUBLISHING STANDARD</w:t>
      </w:r>
    </w:p>
    <w:p w14:paraId="7A1AF61C" w14:textId="028D0DEB" w:rsidR="007D2316" w:rsidRPr="0054735C" w:rsidRDefault="007D2316">
      <w:pPr>
        <w:jc w:val="center"/>
      </w:pPr>
      <w:r w:rsidRPr="0054735C">
        <w:rPr>
          <w:b/>
          <w:bCs/>
          <w:color w:val="EE0000"/>
          <w:sz w:val="28"/>
          <w:szCs w:val="24"/>
        </w:rPr>
        <w:t>Do Not Modify the Above Area</w:t>
      </w:r>
      <w:r w:rsidR="00EE2A4E">
        <w:rPr>
          <w:color w:val="EE0000"/>
        </w:rPr>
        <w:br/>
      </w:r>
      <w:r w:rsidR="00EE2A4E" w:rsidRPr="0054735C">
        <w:t>Those are instructions for ChatGPT</w:t>
      </w:r>
    </w:p>
    <w:p w14:paraId="6FF722DE" w14:textId="144D1074" w:rsidR="00675147" w:rsidRDefault="00000000">
      <w:r>
        <w:t>_________________________________________________________________</w:t>
      </w:r>
    </w:p>
    <w:p w14:paraId="1067AD6C" w14:textId="77777777" w:rsidR="00027388" w:rsidRDefault="00027388" w:rsidP="00CC0526">
      <w:pPr>
        <w:pStyle w:val="NormalWeb"/>
        <w:rPr>
          <w:rFonts w:ascii="Georgia" w:hAnsi="Georgia"/>
          <w:b/>
          <w:bCs/>
          <w:color w:val="76923C" w:themeColor="accent3" w:themeShade="BF"/>
          <w:sz w:val="32"/>
          <w:szCs w:val="32"/>
        </w:rPr>
      </w:pPr>
    </w:p>
    <w:p w14:paraId="6CA6F89F" w14:textId="77777777" w:rsidR="009E437A" w:rsidRDefault="009E437A" w:rsidP="00CC0526">
      <w:pPr>
        <w:pStyle w:val="NormalWeb"/>
        <w:rPr>
          <w:rFonts w:ascii="Georgia" w:hAnsi="Georgia"/>
          <w:b/>
          <w:bCs/>
          <w:color w:val="76923C" w:themeColor="accent3" w:themeShade="BF"/>
          <w:sz w:val="32"/>
          <w:szCs w:val="32"/>
        </w:rPr>
      </w:pPr>
    </w:p>
    <w:p w14:paraId="3EF2D40A" w14:textId="77777777" w:rsidR="00027388" w:rsidRDefault="00027388" w:rsidP="00CC0526">
      <w:pPr>
        <w:pStyle w:val="NormalWeb"/>
        <w:rPr>
          <w:rFonts w:ascii="Georgia" w:hAnsi="Georgia"/>
          <w:b/>
          <w:bCs/>
          <w:color w:val="76923C" w:themeColor="accent3" w:themeShade="BF"/>
          <w:sz w:val="32"/>
          <w:szCs w:val="32"/>
        </w:rPr>
      </w:pPr>
    </w:p>
    <w:p w14:paraId="6C59636D" w14:textId="77777777" w:rsidR="00027388" w:rsidRDefault="00027388" w:rsidP="00CC0526">
      <w:pPr>
        <w:pStyle w:val="NormalWeb"/>
        <w:rPr>
          <w:rFonts w:ascii="Georgia" w:hAnsi="Georgia"/>
          <w:b/>
          <w:bCs/>
          <w:color w:val="76923C" w:themeColor="accent3" w:themeShade="BF"/>
          <w:sz w:val="32"/>
          <w:szCs w:val="32"/>
        </w:rPr>
      </w:pPr>
    </w:p>
    <w:p w14:paraId="38339A36" w14:textId="77777777" w:rsidR="00027388" w:rsidRDefault="00027388" w:rsidP="00CC0526">
      <w:pPr>
        <w:pStyle w:val="NormalWeb"/>
        <w:rPr>
          <w:rFonts w:ascii="Georgia" w:hAnsi="Georgia"/>
          <w:b/>
          <w:bCs/>
          <w:color w:val="76923C" w:themeColor="accent3" w:themeShade="BF"/>
          <w:sz w:val="32"/>
          <w:szCs w:val="32"/>
        </w:rPr>
      </w:pPr>
    </w:p>
    <w:p w14:paraId="28FE5BFC" w14:textId="77777777" w:rsidR="00027388" w:rsidRDefault="00027388" w:rsidP="00CC0526">
      <w:pPr>
        <w:pStyle w:val="NormalWeb"/>
        <w:rPr>
          <w:rFonts w:ascii="Georgia" w:hAnsi="Georgia"/>
          <w:b/>
          <w:bCs/>
          <w:color w:val="76923C" w:themeColor="accent3" w:themeShade="BF"/>
          <w:sz w:val="32"/>
          <w:szCs w:val="32"/>
        </w:rPr>
      </w:pPr>
    </w:p>
    <w:p w14:paraId="493C351C" w14:textId="36FEC69D" w:rsidR="00CC0526" w:rsidRPr="00233E39" w:rsidRDefault="00027388" w:rsidP="00CC0526">
      <w:pPr>
        <w:pStyle w:val="NormalWeb"/>
        <w:rPr>
          <w:rFonts w:ascii="Georgia" w:hAnsi="Georgia"/>
          <w:b/>
          <w:bCs/>
          <w:color w:val="76923C" w:themeColor="accent3" w:themeShade="BF"/>
          <w:sz w:val="28"/>
          <w:szCs w:val="28"/>
        </w:rPr>
      </w:pPr>
      <w:r w:rsidRPr="00233E39">
        <w:rPr>
          <w:rFonts w:ascii="Georgia" w:hAnsi="Georgia"/>
          <w:b/>
          <w:bCs/>
          <w:color w:val="76923C" w:themeColor="accent3" w:themeShade="BF"/>
          <w:sz w:val="28"/>
          <w:szCs w:val="28"/>
        </w:rPr>
        <w:lastRenderedPageBreak/>
        <w:t>BEGIN VVP BIOGRAPHY QUESTIONNAIRE</w:t>
      </w:r>
      <w:r w:rsidR="003F1FF5">
        <w:rPr>
          <w:rFonts w:ascii="Georgia" w:hAnsi="Georgia"/>
          <w:b/>
          <w:bCs/>
          <w:color w:val="76923C" w:themeColor="accent3" w:themeShade="BF"/>
          <w:sz w:val="28"/>
          <w:szCs w:val="28"/>
        </w:rPr>
        <w:br/>
      </w:r>
      <w:r w:rsidR="00CC0526" w:rsidRPr="00233E39">
        <w:rPr>
          <w:rFonts w:ascii="Georgia" w:hAnsi="Georgia"/>
          <w:b/>
          <w:bCs/>
          <w:color w:val="76923C" w:themeColor="accent3" w:themeShade="BF"/>
          <w:sz w:val="28"/>
          <w:szCs w:val="28"/>
        </w:rPr>
        <w:t>Pioneer Information</w:t>
      </w:r>
    </w:p>
    <w:p w14:paraId="25CE5ACD" w14:textId="77777777" w:rsidR="00CC0526" w:rsidRPr="00F409B3" w:rsidRDefault="00CC0526" w:rsidP="00CC0526">
      <w:pPr>
        <w:pStyle w:val="NormalWeb"/>
        <w:rPr>
          <w:rFonts w:ascii="Georgia" w:hAnsi="Georgia"/>
          <w:color w:val="000000"/>
        </w:rPr>
      </w:pPr>
      <w:r w:rsidRPr="00F409B3">
        <w:rPr>
          <w:rFonts w:ascii="Georgia" w:hAnsi="Georgia"/>
          <w:color w:val="000000"/>
        </w:rPr>
        <w:t>Full Name (include maiden name if applicable):</w:t>
      </w:r>
    </w:p>
    <w:p w14:paraId="787E25F6" w14:textId="77777777" w:rsidR="00CC0526" w:rsidRPr="00F409B3" w:rsidRDefault="00CC0526" w:rsidP="00CC0526">
      <w:pPr>
        <w:pStyle w:val="NormalWeb"/>
        <w:rPr>
          <w:rFonts w:ascii="Georgia" w:hAnsi="Georgia"/>
          <w:color w:val="000000"/>
        </w:rPr>
      </w:pPr>
      <w:r w:rsidRPr="00F409B3">
        <w:rPr>
          <w:rFonts w:ascii="Georgia" w:hAnsi="Georgia"/>
          <w:color w:val="000000"/>
        </w:rPr>
        <w:t>Birth Date</w:t>
      </w:r>
    </w:p>
    <w:p w14:paraId="1A83571D" w14:textId="77777777" w:rsidR="00CC0526" w:rsidRPr="00F409B3" w:rsidRDefault="00CC0526" w:rsidP="00CC0526">
      <w:pPr>
        <w:pStyle w:val="NormalWeb"/>
        <w:rPr>
          <w:rFonts w:ascii="Georgia" w:hAnsi="Georgia"/>
          <w:color w:val="000000"/>
        </w:rPr>
      </w:pPr>
      <w:r w:rsidRPr="00F409B3">
        <w:rPr>
          <w:rFonts w:ascii="Georgia" w:hAnsi="Georgia"/>
          <w:color w:val="000000"/>
        </w:rPr>
        <w:t>Birth Place</w:t>
      </w:r>
    </w:p>
    <w:p w14:paraId="3BB1BA0B" w14:textId="77777777" w:rsidR="00CC0526" w:rsidRPr="00F409B3" w:rsidRDefault="00CC0526" w:rsidP="00CC0526">
      <w:pPr>
        <w:pStyle w:val="NormalWeb"/>
        <w:rPr>
          <w:rFonts w:ascii="Georgia" w:hAnsi="Georgia"/>
          <w:color w:val="000000"/>
        </w:rPr>
      </w:pPr>
      <w:r w:rsidRPr="00F409B3">
        <w:rPr>
          <w:rFonts w:ascii="Georgia" w:hAnsi="Georgia"/>
          <w:color w:val="000000"/>
        </w:rPr>
        <w:t>Death Date</w:t>
      </w:r>
    </w:p>
    <w:p w14:paraId="2C3B0EEA" w14:textId="77777777" w:rsidR="00CC0526" w:rsidRPr="00F409B3" w:rsidRDefault="00CC0526" w:rsidP="00CC0526">
      <w:pPr>
        <w:pStyle w:val="NormalWeb"/>
        <w:rPr>
          <w:rFonts w:ascii="Georgia" w:hAnsi="Georgia"/>
          <w:color w:val="000000"/>
        </w:rPr>
      </w:pPr>
      <w:r w:rsidRPr="00F409B3">
        <w:rPr>
          <w:rFonts w:ascii="Georgia" w:hAnsi="Georgia"/>
          <w:color w:val="000000"/>
        </w:rPr>
        <w:t>Death Place</w:t>
      </w:r>
    </w:p>
    <w:p w14:paraId="70B7F575" w14:textId="77777777" w:rsidR="00CC0526" w:rsidRPr="00F409B3" w:rsidRDefault="00CC0526" w:rsidP="00CC0526">
      <w:pPr>
        <w:pStyle w:val="NormalWeb"/>
        <w:rPr>
          <w:rFonts w:ascii="Georgia" w:hAnsi="Georgia"/>
          <w:color w:val="000000"/>
        </w:rPr>
      </w:pPr>
      <w:r w:rsidRPr="00F409B3">
        <w:rPr>
          <w:rFonts w:ascii="Georgia" w:hAnsi="Georgia"/>
          <w:color w:val="000000"/>
        </w:rPr>
        <w:t>Cemetery / Grave Location</w:t>
      </w:r>
    </w:p>
    <w:p w14:paraId="5C506A29" w14:textId="77777777" w:rsidR="00CC0526" w:rsidRPr="00F409B3" w:rsidRDefault="00CC0526" w:rsidP="00CC0526">
      <w:pPr>
        <w:pStyle w:val="NormalWeb"/>
        <w:rPr>
          <w:rFonts w:ascii="Georgia" w:hAnsi="Georgia"/>
          <w:color w:val="000000"/>
        </w:rPr>
      </w:pPr>
      <w:r w:rsidRPr="00F409B3">
        <w:rPr>
          <w:rFonts w:ascii="Georgia" w:hAnsi="Georgia"/>
          <w:color w:val="000000"/>
        </w:rPr>
        <w:t>Parents (names only if dates are unknown)</w:t>
      </w:r>
    </w:p>
    <w:p w14:paraId="14058D06" w14:textId="77777777" w:rsidR="00CC0526" w:rsidRPr="00F409B3" w:rsidRDefault="00CC0526" w:rsidP="00CC0526">
      <w:pPr>
        <w:pStyle w:val="NormalWeb"/>
        <w:rPr>
          <w:rFonts w:ascii="Georgia" w:hAnsi="Georgia"/>
          <w:color w:val="000000"/>
        </w:rPr>
      </w:pPr>
      <w:r w:rsidRPr="00F409B3">
        <w:rPr>
          <w:rFonts w:ascii="Georgia" w:hAnsi="Georgia"/>
          <w:color w:val="000000"/>
        </w:rPr>
        <w:t>Spouse(s) (names only if dates are unknown)</w:t>
      </w:r>
    </w:p>
    <w:p w14:paraId="33FFE8C3" w14:textId="77777777" w:rsidR="00CC0526" w:rsidRPr="00F409B3" w:rsidRDefault="00CC0526" w:rsidP="00CC0526">
      <w:pPr>
        <w:pStyle w:val="NormalWeb"/>
        <w:rPr>
          <w:rFonts w:ascii="Georgia" w:hAnsi="Georgia"/>
          <w:color w:val="000000"/>
        </w:rPr>
      </w:pPr>
      <w:r w:rsidRPr="00F409B3">
        <w:rPr>
          <w:rFonts w:ascii="Georgia" w:hAnsi="Georgia"/>
          <w:color w:val="000000"/>
        </w:rPr>
        <w:t>Children (names only if dates are unknown)</w:t>
      </w:r>
    </w:p>
    <w:p w14:paraId="7B91428C" w14:textId="77777777" w:rsidR="00CC0526" w:rsidRPr="00F409B3" w:rsidRDefault="00CC0526" w:rsidP="00CC0526">
      <w:pPr>
        <w:pStyle w:val="NormalWeb"/>
        <w:rPr>
          <w:rFonts w:ascii="Georgia" w:hAnsi="Georgia"/>
          <w:color w:val="000000"/>
        </w:rPr>
      </w:pPr>
      <w:r w:rsidRPr="00F409B3">
        <w:rPr>
          <w:rFonts w:ascii="Georgia" w:hAnsi="Georgia"/>
          <w:color w:val="000000"/>
        </w:rPr>
        <w:t>Siblings (names only if dates are unknown)</w:t>
      </w:r>
    </w:p>
    <w:p w14:paraId="0EB30087" w14:textId="77777777" w:rsidR="00CC0526" w:rsidRPr="00F409B3" w:rsidRDefault="00CC0526" w:rsidP="00CC0526">
      <w:pPr>
        <w:pStyle w:val="NormalWeb"/>
        <w:rPr>
          <w:rFonts w:ascii="Georgia" w:hAnsi="Georgia"/>
          <w:color w:val="000000"/>
        </w:rPr>
      </w:pPr>
      <w:r w:rsidRPr="00F409B3">
        <w:rPr>
          <w:rFonts w:ascii="Georgia" w:hAnsi="Georgia"/>
          <w:color w:val="000000"/>
        </w:rPr>
        <w:t>Life Story</w:t>
      </w:r>
    </w:p>
    <w:p w14:paraId="042804B4" w14:textId="77777777" w:rsidR="00CC0526" w:rsidRPr="00F409B3" w:rsidRDefault="00CC0526" w:rsidP="00CC0526">
      <w:pPr>
        <w:pStyle w:val="NormalWeb"/>
        <w:rPr>
          <w:rFonts w:ascii="Georgia" w:hAnsi="Georgia"/>
          <w:color w:val="000000"/>
        </w:rPr>
      </w:pPr>
      <w:r w:rsidRPr="00F409B3">
        <w:rPr>
          <w:rFonts w:ascii="Georgia" w:hAnsi="Georgia"/>
          <w:color w:val="000000"/>
        </w:rPr>
        <w:t>Education</w:t>
      </w:r>
    </w:p>
    <w:p w14:paraId="0E490FB6" w14:textId="77777777" w:rsidR="00CC0526" w:rsidRPr="00F409B3" w:rsidRDefault="00CC0526" w:rsidP="00CC0526">
      <w:pPr>
        <w:pStyle w:val="NormalWeb"/>
        <w:rPr>
          <w:rFonts w:ascii="Georgia" w:hAnsi="Georgia"/>
          <w:color w:val="000000"/>
        </w:rPr>
      </w:pPr>
      <w:r w:rsidRPr="00F409B3">
        <w:rPr>
          <w:rFonts w:ascii="Georgia" w:hAnsi="Georgia"/>
          <w:color w:val="000000"/>
        </w:rPr>
        <w:t>Occupation</w:t>
      </w:r>
    </w:p>
    <w:p w14:paraId="23EC73F0" w14:textId="77777777" w:rsidR="00CC0526" w:rsidRPr="00F409B3" w:rsidRDefault="00CC0526" w:rsidP="00CC0526">
      <w:pPr>
        <w:pStyle w:val="NormalWeb"/>
        <w:rPr>
          <w:rFonts w:ascii="Georgia" w:hAnsi="Georgia"/>
          <w:color w:val="000000"/>
        </w:rPr>
      </w:pPr>
      <w:r w:rsidRPr="00F409B3">
        <w:rPr>
          <w:rFonts w:ascii="Georgia" w:hAnsi="Georgia"/>
          <w:color w:val="000000"/>
        </w:rPr>
        <w:t>Military Service</w:t>
      </w:r>
    </w:p>
    <w:p w14:paraId="41288838" w14:textId="77777777" w:rsidR="00CC0526" w:rsidRPr="00F409B3" w:rsidRDefault="00CC0526" w:rsidP="00CC0526">
      <w:pPr>
        <w:pStyle w:val="NormalWeb"/>
        <w:rPr>
          <w:rFonts w:ascii="Georgia" w:hAnsi="Georgia"/>
          <w:color w:val="000000"/>
        </w:rPr>
      </w:pPr>
      <w:r w:rsidRPr="00F409B3">
        <w:rPr>
          <w:rFonts w:ascii="Georgia" w:hAnsi="Georgia"/>
          <w:color w:val="000000"/>
        </w:rPr>
        <w:t>Organizations</w:t>
      </w:r>
    </w:p>
    <w:p w14:paraId="4AFE9181" w14:textId="77777777" w:rsidR="00CC0526" w:rsidRPr="00F409B3" w:rsidRDefault="00CC0526" w:rsidP="00CC0526">
      <w:pPr>
        <w:pStyle w:val="NormalWeb"/>
        <w:rPr>
          <w:rFonts w:ascii="Georgia" w:hAnsi="Georgia"/>
          <w:color w:val="000000"/>
        </w:rPr>
      </w:pPr>
      <w:r w:rsidRPr="00F409B3">
        <w:rPr>
          <w:rFonts w:ascii="Georgia" w:hAnsi="Georgia"/>
          <w:color w:val="000000"/>
        </w:rPr>
        <w:t>Community Involvement (church, civic clubs, volunteer work, offices held)</w:t>
      </w:r>
    </w:p>
    <w:p w14:paraId="2320CE71" w14:textId="77777777" w:rsidR="00CC0526" w:rsidRPr="00F409B3" w:rsidRDefault="00CC0526" w:rsidP="00CC0526">
      <w:pPr>
        <w:pStyle w:val="NormalWeb"/>
        <w:rPr>
          <w:rFonts w:ascii="Georgia" w:hAnsi="Georgia"/>
          <w:color w:val="000000"/>
        </w:rPr>
      </w:pPr>
      <w:r w:rsidRPr="00F409B3">
        <w:rPr>
          <w:rFonts w:ascii="Georgia" w:hAnsi="Georgia"/>
          <w:color w:val="000000"/>
        </w:rPr>
        <w:t>Accomplishments</w:t>
      </w:r>
    </w:p>
    <w:p w14:paraId="2395B731" w14:textId="77777777" w:rsidR="003742F2" w:rsidRDefault="003742F2" w:rsidP="00CC0526">
      <w:pPr>
        <w:pStyle w:val="NormalWeb"/>
        <w:rPr>
          <w:rFonts w:ascii="Georgia" w:hAnsi="Georgia"/>
          <w:color w:val="000000"/>
          <w:sz w:val="27"/>
          <w:szCs w:val="27"/>
        </w:rPr>
      </w:pPr>
    </w:p>
    <w:p w14:paraId="21D83057" w14:textId="20013EC8" w:rsidR="00CC0526" w:rsidRDefault="00CC0526" w:rsidP="00CC0526">
      <w:pPr>
        <w:pStyle w:val="NormalWeb"/>
        <w:rPr>
          <w:rFonts w:ascii="Georgia" w:hAnsi="Georgia"/>
          <w:color w:val="000000"/>
        </w:rPr>
      </w:pPr>
      <w:r w:rsidRPr="00233E39">
        <w:rPr>
          <w:rFonts w:ascii="Georgia" w:hAnsi="Georgia"/>
          <w:color w:val="76923C" w:themeColor="accent3" w:themeShade="BF"/>
          <w:sz w:val="28"/>
          <w:szCs w:val="28"/>
        </w:rPr>
        <w:t>Pioneer Heritage How did this person become part of Verde Valley history?</w:t>
      </w:r>
      <w:r w:rsidR="00027388" w:rsidRPr="00233E39">
        <w:rPr>
          <w:rFonts w:ascii="Georgia" w:hAnsi="Georgia"/>
          <w:color w:val="76923C" w:themeColor="accent3" w:themeShade="BF"/>
          <w:sz w:val="28"/>
          <w:szCs w:val="28"/>
        </w:rPr>
        <w:br/>
      </w:r>
      <w:r w:rsidR="00233E39">
        <w:rPr>
          <w:rFonts w:ascii="Georgia" w:hAnsi="Georgia"/>
          <w:color w:val="000000"/>
        </w:rPr>
        <w:t>Describe their a</w:t>
      </w:r>
      <w:r w:rsidRPr="00F409B3">
        <w:rPr>
          <w:rFonts w:ascii="Georgia" w:hAnsi="Georgia"/>
          <w:color w:val="000000"/>
        </w:rPr>
        <w:t>rrival in Verde Valley</w:t>
      </w:r>
      <w:r w:rsidR="00233E39">
        <w:rPr>
          <w:rFonts w:ascii="Georgia" w:hAnsi="Georgia"/>
          <w:color w:val="000000"/>
        </w:rPr>
        <w:br/>
      </w:r>
      <w:r w:rsidRPr="00F409B3">
        <w:rPr>
          <w:rFonts w:ascii="Georgia" w:hAnsi="Georgia"/>
          <w:color w:val="000000"/>
        </w:rPr>
        <w:t>How they arrived</w:t>
      </w:r>
      <w:r w:rsidR="00233E39">
        <w:rPr>
          <w:rFonts w:ascii="Georgia" w:hAnsi="Georgia"/>
          <w:color w:val="000000"/>
        </w:rPr>
        <w:br/>
      </w:r>
      <w:r w:rsidRPr="00F409B3">
        <w:rPr>
          <w:rFonts w:ascii="Georgia" w:hAnsi="Georgia"/>
          <w:color w:val="000000"/>
        </w:rPr>
        <w:t>When and where did they live in the Verde Valley</w:t>
      </w:r>
    </w:p>
    <w:p w14:paraId="5B41D70D" w14:textId="77777777" w:rsidR="003F1FF5" w:rsidRPr="00F409B3" w:rsidRDefault="003F1FF5" w:rsidP="00CC0526">
      <w:pPr>
        <w:pStyle w:val="NormalWeb"/>
        <w:rPr>
          <w:rFonts w:ascii="Georgia" w:hAnsi="Georgia"/>
          <w:color w:val="000000"/>
        </w:rPr>
      </w:pPr>
    </w:p>
    <w:p w14:paraId="47BBA13A" w14:textId="06ED1C6A" w:rsidR="00CC0526" w:rsidRPr="00F409B3" w:rsidRDefault="00CC0526" w:rsidP="00CC0526">
      <w:pPr>
        <w:pStyle w:val="NormalWeb"/>
        <w:rPr>
          <w:rFonts w:ascii="Georgia" w:hAnsi="Georgia"/>
          <w:color w:val="000000"/>
        </w:rPr>
      </w:pPr>
      <w:r w:rsidRPr="00027388">
        <w:rPr>
          <w:rFonts w:ascii="Georgia" w:hAnsi="Georgia"/>
          <w:b/>
          <w:bCs/>
          <w:color w:val="76923C" w:themeColor="accent3" w:themeShade="BF"/>
          <w:sz w:val="32"/>
          <w:szCs w:val="32"/>
        </w:rPr>
        <w:lastRenderedPageBreak/>
        <w:t>Biography Information</w:t>
      </w:r>
      <w:r w:rsidRPr="00027388">
        <w:rPr>
          <w:rFonts w:ascii="Georgia" w:hAnsi="Georgia"/>
          <w:b/>
          <w:bCs/>
          <w:color w:val="76923C" w:themeColor="accent3" w:themeShade="BF"/>
          <w:sz w:val="32"/>
          <w:szCs w:val="32"/>
        </w:rPr>
        <w:br/>
      </w:r>
      <w:r w:rsidRPr="00F409B3">
        <w:rPr>
          <w:rFonts w:ascii="Georgia" w:hAnsi="Georgia"/>
          <w:color w:val="000000"/>
        </w:rPr>
        <w:t>What would you like future generations to know about this person? Stories, memories or interesting facts:</w:t>
      </w:r>
    </w:p>
    <w:p w14:paraId="042503B8" w14:textId="77777777" w:rsidR="00CC0526" w:rsidRPr="00F409B3" w:rsidRDefault="00CC0526" w:rsidP="00CC0526">
      <w:pPr>
        <w:pStyle w:val="NormalWeb"/>
        <w:rPr>
          <w:rFonts w:ascii="Georgia" w:hAnsi="Georgia"/>
          <w:color w:val="000000"/>
        </w:rPr>
      </w:pPr>
      <w:r w:rsidRPr="00F409B3">
        <w:rPr>
          <w:rFonts w:ascii="Georgia" w:hAnsi="Georgia"/>
          <w:color w:val="000000"/>
        </w:rPr>
        <w:t>Did we miss anything?</w:t>
      </w:r>
    </w:p>
    <w:p w14:paraId="1B0C4E90" w14:textId="22073868" w:rsidR="00CC0526" w:rsidRPr="00F409B3" w:rsidRDefault="00CC0526" w:rsidP="00CC0526">
      <w:pPr>
        <w:pStyle w:val="NormalWeb"/>
        <w:rPr>
          <w:rFonts w:ascii="Georgia" w:hAnsi="Georgia"/>
          <w:color w:val="000000"/>
        </w:rPr>
      </w:pPr>
      <w:r w:rsidRPr="00027388">
        <w:rPr>
          <w:rFonts w:ascii="Georgia" w:hAnsi="Georgia"/>
          <w:color w:val="76923C" w:themeColor="accent3" w:themeShade="BF"/>
          <w:sz w:val="32"/>
          <w:szCs w:val="32"/>
        </w:rPr>
        <w:t>Additional Internet Resources</w:t>
      </w:r>
      <w:r w:rsidRPr="00027388">
        <w:rPr>
          <w:rFonts w:ascii="Georgia" w:hAnsi="Georgia"/>
          <w:color w:val="76923C" w:themeColor="accent3" w:themeShade="BF"/>
          <w:sz w:val="32"/>
          <w:szCs w:val="32"/>
        </w:rPr>
        <w:br/>
      </w:r>
      <w:r w:rsidRPr="00F409B3">
        <w:rPr>
          <w:rFonts w:ascii="Georgia" w:hAnsi="Georgia"/>
          <w:color w:val="000000"/>
        </w:rPr>
        <w:t>Have you found any websites or online resources about this pioneer? If so, please copy and paste the website addresses (URLs) below. These links help us locate and verify information while preparing the biography. If a resource requires a subscription or login (such as Ancestry), please also summarize the information or upload copies of any important records or photographs.</w:t>
      </w:r>
    </w:p>
    <w:p w14:paraId="422E9DF0" w14:textId="77777777" w:rsidR="00CC0526" w:rsidRPr="00F409B3" w:rsidRDefault="00CC0526" w:rsidP="00CC0526">
      <w:pPr>
        <w:pStyle w:val="NormalWeb"/>
        <w:rPr>
          <w:rFonts w:ascii="Georgia" w:hAnsi="Georgia"/>
          <w:color w:val="000000"/>
        </w:rPr>
      </w:pPr>
      <w:r w:rsidRPr="00F409B3">
        <w:rPr>
          <w:rFonts w:ascii="Georgia" w:hAnsi="Georgia"/>
          <w:color w:val="000000"/>
        </w:rPr>
        <w:t>Examples include:</w:t>
      </w:r>
    </w:p>
    <w:p w14:paraId="413DF1A7" w14:textId="77777777" w:rsidR="00C679DD" w:rsidRPr="00027388" w:rsidRDefault="00C679DD" w:rsidP="00CC0526">
      <w:pPr>
        <w:pStyle w:val="NormalWeb"/>
        <w:numPr>
          <w:ilvl w:val="0"/>
          <w:numId w:val="11"/>
        </w:numPr>
        <w:rPr>
          <w:rFonts w:ascii="Georgia" w:hAnsi="Georgia"/>
          <w:color w:val="000000"/>
        </w:rPr>
        <w:sectPr w:rsidR="00C679DD" w:rsidRPr="00027388" w:rsidSect="00034616">
          <w:pgSz w:w="12240" w:h="15840"/>
          <w:pgMar w:top="1080" w:right="1080" w:bottom="1080" w:left="1080" w:header="720" w:footer="720" w:gutter="0"/>
          <w:cols w:space="720"/>
          <w:docGrid w:linePitch="360"/>
        </w:sectPr>
      </w:pPr>
    </w:p>
    <w:p w14:paraId="116DDFCD" w14:textId="2AF9749F" w:rsidR="00CC0526" w:rsidRPr="00027388" w:rsidRDefault="00CC0526" w:rsidP="00CC0526">
      <w:pPr>
        <w:pStyle w:val="NormalWeb"/>
        <w:numPr>
          <w:ilvl w:val="0"/>
          <w:numId w:val="11"/>
        </w:numPr>
        <w:rPr>
          <w:rFonts w:ascii="Georgia" w:hAnsi="Georgia"/>
          <w:color w:val="000000"/>
        </w:rPr>
      </w:pPr>
      <w:r w:rsidRPr="00027388">
        <w:rPr>
          <w:rFonts w:ascii="Georgia" w:hAnsi="Georgia"/>
          <w:color w:val="000000"/>
        </w:rPr>
        <w:t>Verde Independent article</w:t>
      </w:r>
    </w:p>
    <w:p w14:paraId="3F2F6642" w14:textId="01595BF0" w:rsidR="00CC0526" w:rsidRPr="00027388" w:rsidRDefault="00CC0526" w:rsidP="00CC0526">
      <w:pPr>
        <w:pStyle w:val="NormalWeb"/>
        <w:numPr>
          <w:ilvl w:val="0"/>
          <w:numId w:val="11"/>
        </w:numPr>
        <w:rPr>
          <w:rFonts w:ascii="Georgia" w:hAnsi="Georgia"/>
          <w:color w:val="000000"/>
        </w:rPr>
      </w:pPr>
      <w:r w:rsidRPr="00027388">
        <w:rPr>
          <w:rFonts w:ascii="Georgia" w:hAnsi="Georgia"/>
          <w:color w:val="000000"/>
        </w:rPr>
        <w:t>Sharlot Hall</w:t>
      </w:r>
    </w:p>
    <w:p w14:paraId="1872C0F4" w14:textId="5C28BEAF" w:rsidR="00CC0526" w:rsidRPr="00027388" w:rsidRDefault="00CC0526" w:rsidP="00CC0526">
      <w:pPr>
        <w:pStyle w:val="NormalWeb"/>
        <w:numPr>
          <w:ilvl w:val="0"/>
          <w:numId w:val="11"/>
        </w:numPr>
        <w:rPr>
          <w:rFonts w:ascii="Georgia" w:hAnsi="Georgia"/>
          <w:color w:val="000000"/>
        </w:rPr>
      </w:pPr>
      <w:r w:rsidRPr="00027388">
        <w:rPr>
          <w:rFonts w:ascii="Georgia" w:hAnsi="Georgia"/>
          <w:color w:val="000000"/>
        </w:rPr>
        <w:t>Newspapers.com</w:t>
      </w:r>
    </w:p>
    <w:p w14:paraId="0561155B" w14:textId="222817C5" w:rsidR="00CC0526" w:rsidRPr="00027388" w:rsidRDefault="00CC0526" w:rsidP="00CC0526">
      <w:pPr>
        <w:pStyle w:val="NormalWeb"/>
        <w:numPr>
          <w:ilvl w:val="0"/>
          <w:numId w:val="11"/>
        </w:numPr>
        <w:rPr>
          <w:rFonts w:ascii="Georgia" w:hAnsi="Georgia"/>
          <w:color w:val="000000"/>
        </w:rPr>
      </w:pPr>
      <w:r w:rsidRPr="00027388">
        <w:rPr>
          <w:rFonts w:ascii="Georgia" w:hAnsi="Georgia"/>
          <w:color w:val="000000"/>
        </w:rPr>
        <w:t>Facebook posts or pages</w:t>
      </w:r>
    </w:p>
    <w:p w14:paraId="787CE6D2" w14:textId="7724977C" w:rsidR="00CC0526" w:rsidRPr="00027388" w:rsidRDefault="00CC0526" w:rsidP="00CC0526">
      <w:pPr>
        <w:pStyle w:val="NormalWeb"/>
        <w:numPr>
          <w:ilvl w:val="0"/>
          <w:numId w:val="11"/>
        </w:numPr>
        <w:rPr>
          <w:rFonts w:ascii="Georgia" w:hAnsi="Georgia"/>
          <w:color w:val="000000"/>
        </w:rPr>
      </w:pPr>
      <w:r w:rsidRPr="00027388">
        <w:rPr>
          <w:rFonts w:ascii="Georgia" w:hAnsi="Georgia"/>
          <w:color w:val="000000"/>
        </w:rPr>
        <w:t>Family websites</w:t>
      </w:r>
    </w:p>
    <w:p w14:paraId="6AB01147" w14:textId="51D475B8" w:rsidR="00CC0526" w:rsidRPr="00027388" w:rsidRDefault="00CC0526" w:rsidP="00CC0526">
      <w:pPr>
        <w:pStyle w:val="NormalWeb"/>
        <w:numPr>
          <w:ilvl w:val="0"/>
          <w:numId w:val="11"/>
        </w:numPr>
        <w:rPr>
          <w:rFonts w:ascii="Georgia" w:hAnsi="Georgia"/>
          <w:color w:val="000000"/>
        </w:rPr>
      </w:pPr>
      <w:r w:rsidRPr="00027388">
        <w:rPr>
          <w:rFonts w:ascii="Georgia" w:hAnsi="Georgia"/>
          <w:color w:val="000000"/>
        </w:rPr>
        <w:t>Historical society websites</w:t>
      </w:r>
    </w:p>
    <w:p w14:paraId="64751BEE" w14:textId="5E542124" w:rsidR="00CC0526" w:rsidRPr="00027388" w:rsidRDefault="00CC0526" w:rsidP="00CC0526">
      <w:pPr>
        <w:pStyle w:val="ListBullet"/>
        <w:numPr>
          <w:ilvl w:val="0"/>
          <w:numId w:val="11"/>
        </w:numPr>
        <w:rPr>
          <w:szCs w:val="24"/>
        </w:rPr>
      </w:pPr>
      <w:r w:rsidRPr="00027388">
        <w:rPr>
          <w:szCs w:val="24"/>
        </w:rPr>
        <w:t>Find a Grave</w:t>
      </w:r>
    </w:p>
    <w:p w14:paraId="7BBD534C" w14:textId="096357BE" w:rsidR="00CC0526" w:rsidRPr="00027388" w:rsidRDefault="00CC0526" w:rsidP="00CC0526">
      <w:pPr>
        <w:pStyle w:val="ListBullet"/>
        <w:numPr>
          <w:ilvl w:val="0"/>
          <w:numId w:val="11"/>
        </w:numPr>
        <w:rPr>
          <w:szCs w:val="24"/>
        </w:rPr>
      </w:pPr>
      <w:r w:rsidRPr="00027388">
        <w:rPr>
          <w:szCs w:val="24"/>
        </w:rPr>
        <w:t>Family Search</w:t>
      </w:r>
    </w:p>
    <w:p w14:paraId="2E972CD0" w14:textId="77777777" w:rsidR="00C679DD" w:rsidRPr="00027388" w:rsidRDefault="00CC0526" w:rsidP="00CC0526">
      <w:pPr>
        <w:pStyle w:val="ListBullet"/>
        <w:numPr>
          <w:ilvl w:val="0"/>
          <w:numId w:val="11"/>
        </w:numPr>
        <w:rPr>
          <w:color w:val="000000"/>
          <w:szCs w:val="24"/>
        </w:rPr>
      </w:pPr>
      <w:r w:rsidRPr="00027388">
        <w:rPr>
          <w:szCs w:val="24"/>
        </w:rPr>
        <w:t>Ancestry</w:t>
      </w:r>
    </w:p>
    <w:p w14:paraId="32B7D83B" w14:textId="77777777" w:rsidR="00C679DD" w:rsidRPr="00027388" w:rsidRDefault="00CC0526" w:rsidP="00CC0526">
      <w:pPr>
        <w:pStyle w:val="ListBullet"/>
        <w:numPr>
          <w:ilvl w:val="0"/>
          <w:numId w:val="11"/>
        </w:numPr>
        <w:rPr>
          <w:color w:val="000000"/>
          <w:szCs w:val="24"/>
        </w:rPr>
      </w:pPr>
      <w:r w:rsidRPr="00027388">
        <w:rPr>
          <w:color w:val="000000"/>
          <w:szCs w:val="24"/>
        </w:rPr>
        <w:t>History websites</w:t>
      </w:r>
    </w:p>
    <w:p w14:paraId="6E70C3D8" w14:textId="25C9330A" w:rsidR="00CC0526" w:rsidRPr="00027388" w:rsidRDefault="00CC0526" w:rsidP="00CC0526">
      <w:pPr>
        <w:pStyle w:val="ListBullet"/>
        <w:numPr>
          <w:ilvl w:val="0"/>
          <w:numId w:val="11"/>
        </w:numPr>
        <w:rPr>
          <w:color w:val="000000"/>
          <w:szCs w:val="24"/>
        </w:rPr>
      </w:pPr>
      <w:r w:rsidRPr="00027388">
        <w:rPr>
          <w:color w:val="000000"/>
          <w:szCs w:val="24"/>
        </w:rPr>
        <w:t>Archives.gov</w:t>
      </w:r>
    </w:p>
    <w:p w14:paraId="006C5D67" w14:textId="77777777" w:rsidR="00C679DD" w:rsidRPr="00027388" w:rsidRDefault="00C679DD" w:rsidP="00CC0526">
      <w:pPr>
        <w:pStyle w:val="NormalWeb"/>
        <w:rPr>
          <w:rFonts w:ascii="Georgia" w:hAnsi="Georgia"/>
          <w:color w:val="000000"/>
          <w:sz w:val="27"/>
          <w:szCs w:val="27"/>
        </w:rPr>
        <w:sectPr w:rsidR="00C679DD" w:rsidRPr="00027388" w:rsidSect="00C679DD">
          <w:type w:val="continuous"/>
          <w:pgSz w:w="12240" w:h="15840"/>
          <w:pgMar w:top="1080" w:right="1080" w:bottom="1080" w:left="1080" w:header="720" w:footer="720" w:gutter="0"/>
          <w:cols w:num="2" w:space="720"/>
          <w:docGrid w:linePitch="360"/>
        </w:sectPr>
      </w:pPr>
    </w:p>
    <w:p w14:paraId="77161F7D" w14:textId="1167851F" w:rsidR="00CC0526" w:rsidRPr="00F409B3" w:rsidRDefault="00732F6A" w:rsidP="00CC0526">
      <w:pPr>
        <w:pStyle w:val="NormalWeb"/>
        <w:rPr>
          <w:rFonts w:ascii="Georgia" w:hAnsi="Georgia"/>
          <w:b/>
          <w:bCs/>
          <w:color w:val="000000"/>
        </w:rPr>
      </w:pPr>
      <w:r w:rsidRPr="00F409B3">
        <w:rPr>
          <w:rFonts w:ascii="Georgia" w:hAnsi="Georgia"/>
          <w:b/>
          <w:bCs/>
          <w:color w:val="000000"/>
        </w:rPr>
        <w:t xml:space="preserve">Add </w:t>
      </w:r>
      <w:r w:rsidR="00CC0526" w:rsidRPr="00F409B3">
        <w:rPr>
          <w:rFonts w:ascii="Georgia" w:hAnsi="Georgia"/>
          <w:b/>
          <w:bCs/>
          <w:color w:val="000000"/>
        </w:rPr>
        <w:t>Website Addresses (URLs)</w:t>
      </w:r>
      <w:r w:rsidRPr="00F409B3">
        <w:rPr>
          <w:rFonts w:ascii="Georgia" w:hAnsi="Georgia"/>
          <w:b/>
          <w:bCs/>
          <w:color w:val="000000"/>
        </w:rPr>
        <w:t xml:space="preserve"> here</w:t>
      </w:r>
      <w:r w:rsidR="00CC0526" w:rsidRPr="00F409B3">
        <w:rPr>
          <w:rFonts w:ascii="Georgia" w:hAnsi="Georgia"/>
          <w:b/>
          <w:bCs/>
          <w:color w:val="000000"/>
        </w:rPr>
        <w:t>:</w:t>
      </w:r>
    </w:p>
    <w:p w14:paraId="20B004E6" w14:textId="77777777" w:rsidR="00732F6A" w:rsidRDefault="00732F6A" w:rsidP="00CC0526">
      <w:pPr>
        <w:pStyle w:val="NormalWeb"/>
        <w:rPr>
          <w:rFonts w:ascii="Georgia" w:hAnsi="Georgia"/>
          <w:color w:val="000000"/>
          <w:sz w:val="27"/>
          <w:szCs w:val="27"/>
        </w:rPr>
      </w:pPr>
    </w:p>
    <w:p w14:paraId="7D313164" w14:textId="5C9CE272" w:rsidR="00CC0526" w:rsidRPr="00027388" w:rsidRDefault="00000000" w:rsidP="00CC0526">
      <w:r>
        <w:pict w14:anchorId="09A824D5">
          <v:rect id="_x0000_i1025" style="width:0;height:1.5pt" o:hralign="center" o:hrstd="t" o:hr="t" fillcolor="#a0a0a0" stroked="f"/>
        </w:pict>
      </w:r>
    </w:p>
    <w:p w14:paraId="37E8BD78" w14:textId="77777777" w:rsidR="00675147" w:rsidRDefault="00000000">
      <w:pPr>
        <w:jc w:val="center"/>
        <w:rPr>
          <w:b/>
        </w:rPr>
      </w:pPr>
      <w:r>
        <w:rPr>
          <w:b/>
        </w:rPr>
        <w:t>END VVP BIOGRAPHY QUESTIONNAIRE</w:t>
      </w:r>
    </w:p>
    <w:p w14:paraId="75430221" w14:textId="09421021" w:rsidR="009E437A" w:rsidRDefault="00000000">
      <w:pPr>
        <w:jc w:val="center"/>
      </w:pPr>
      <w:r>
        <w:pict w14:anchorId="57DE6128">
          <v:rect id="_x0000_i1026" style="width:0;height:1.5pt" o:hralign="center" o:hrstd="t" o:hr="t" fillcolor="#a0a0a0" stroked="f"/>
        </w:pict>
      </w:r>
    </w:p>
    <w:p w14:paraId="514581D3" w14:textId="77777777" w:rsidR="009E437A" w:rsidRPr="003F1FF5" w:rsidRDefault="009E437A" w:rsidP="009E437A">
      <w:pPr>
        <w:pStyle w:val="NormalWeb"/>
        <w:rPr>
          <w:rFonts w:ascii="Georgia" w:hAnsi="Georgia"/>
          <w:b/>
          <w:bCs/>
          <w:color w:val="EE0000"/>
          <w:sz w:val="28"/>
          <w:szCs w:val="28"/>
        </w:rPr>
      </w:pPr>
      <w:r w:rsidRPr="003F1FF5">
        <w:rPr>
          <w:rFonts w:ascii="Georgia" w:hAnsi="Georgia"/>
          <w:b/>
          <w:bCs/>
          <w:color w:val="EE0000"/>
          <w:sz w:val="28"/>
          <w:szCs w:val="28"/>
        </w:rPr>
        <w:t>When uploading this form into a ChatGPT conversation add the text below along with this document and your photos.</w:t>
      </w:r>
    </w:p>
    <w:p w14:paraId="3CC8D641" w14:textId="7DE50CFC" w:rsidR="009E437A" w:rsidRPr="003F1FF5" w:rsidRDefault="00233E39" w:rsidP="003742F2">
      <w:pPr>
        <w:pStyle w:val="NormalWeb"/>
        <w:rPr>
          <w:rFonts w:ascii="Georgia" w:hAnsi="Georgia"/>
          <w:b/>
          <w:bCs/>
          <w:sz w:val="28"/>
          <w:szCs w:val="28"/>
        </w:rPr>
      </w:pPr>
      <w:r w:rsidRPr="003F1FF5">
        <w:rPr>
          <w:rFonts w:ascii="Georgia" w:hAnsi="Georgia"/>
          <w:b/>
          <w:bCs/>
          <w:sz w:val="28"/>
          <w:szCs w:val="28"/>
        </w:rPr>
        <w:t>“</w:t>
      </w:r>
      <w:r w:rsidR="009E437A" w:rsidRPr="003F1FF5">
        <w:rPr>
          <w:rFonts w:ascii="Georgia" w:hAnsi="Georgia"/>
          <w:b/>
          <w:bCs/>
          <w:sz w:val="28"/>
          <w:szCs w:val="28"/>
        </w:rPr>
        <w:t>Create my Verde Valley Pioneers Biography Submission.</w:t>
      </w:r>
      <w:r w:rsidRPr="003F1FF5">
        <w:rPr>
          <w:rFonts w:ascii="Georgia" w:hAnsi="Georgia"/>
          <w:b/>
          <w:bCs/>
          <w:sz w:val="28"/>
          <w:szCs w:val="28"/>
        </w:rPr>
        <w:t>”</w:t>
      </w:r>
    </w:p>
    <w:p w14:paraId="4029EF86" w14:textId="77777777" w:rsidR="0024109A" w:rsidRDefault="0024109A" w:rsidP="003742F2">
      <w:pPr>
        <w:pStyle w:val="NormalWeb"/>
        <w:rPr>
          <w:rFonts w:ascii="Georgia" w:hAnsi="Georgia"/>
        </w:rPr>
      </w:pPr>
      <w:r w:rsidRPr="0024109A">
        <w:rPr>
          <w:rFonts w:ascii="Georgia" w:hAnsi="Georgia"/>
        </w:rPr>
        <w:t>Your ChatGPT screen should look similar to this.</w:t>
      </w:r>
      <w:r w:rsidRPr="0024109A">
        <w:rPr>
          <w:rFonts w:ascii="Georgia" w:hAnsi="Georgia"/>
        </w:rPr>
        <w:t xml:space="preserve"> </w:t>
      </w:r>
    </w:p>
    <w:p w14:paraId="6AC08BC5" w14:textId="613EC574" w:rsidR="00233E39" w:rsidRDefault="00233E39" w:rsidP="003742F2">
      <w:pPr>
        <w:pStyle w:val="NormalWeb"/>
      </w:pPr>
      <w:r>
        <w:rPr>
          <w:noProof/>
        </w:rPr>
        <w:drawing>
          <wp:inline distT="0" distB="0" distL="0" distR="0" wp14:anchorId="174A28E6" wp14:editId="2CFDE4CB">
            <wp:extent cx="6393180" cy="1539240"/>
            <wp:effectExtent l="0" t="0" r="7620" b="3810"/>
            <wp:docPr id="96601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3180" cy="1539240"/>
                    </a:xfrm>
                    <a:prstGeom prst="rect">
                      <a:avLst/>
                    </a:prstGeom>
                    <a:noFill/>
                    <a:ln>
                      <a:noFill/>
                    </a:ln>
                  </pic:spPr>
                </pic:pic>
              </a:graphicData>
            </a:graphic>
          </wp:inline>
        </w:drawing>
      </w:r>
    </w:p>
    <w:sectPr w:rsidR="00233E39" w:rsidSect="00C679D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A626FC"/>
    <w:multiLevelType w:val="hybridMultilevel"/>
    <w:tmpl w:val="9336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AB089E"/>
    <w:multiLevelType w:val="hybridMultilevel"/>
    <w:tmpl w:val="C59A1C76"/>
    <w:lvl w:ilvl="0" w:tplc="BAB419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301814">
    <w:abstractNumId w:val="8"/>
  </w:num>
  <w:num w:numId="2" w16cid:durableId="175577957">
    <w:abstractNumId w:val="6"/>
  </w:num>
  <w:num w:numId="3" w16cid:durableId="1934439111">
    <w:abstractNumId w:val="5"/>
  </w:num>
  <w:num w:numId="4" w16cid:durableId="1431318227">
    <w:abstractNumId w:val="4"/>
  </w:num>
  <w:num w:numId="5" w16cid:durableId="93520454">
    <w:abstractNumId w:val="7"/>
  </w:num>
  <w:num w:numId="6" w16cid:durableId="653725297">
    <w:abstractNumId w:val="3"/>
  </w:num>
  <w:num w:numId="7" w16cid:durableId="1526097988">
    <w:abstractNumId w:val="2"/>
  </w:num>
  <w:num w:numId="8" w16cid:durableId="534579299">
    <w:abstractNumId w:val="1"/>
  </w:num>
  <w:num w:numId="9" w16cid:durableId="1557163258">
    <w:abstractNumId w:val="0"/>
  </w:num>
  <w:num w:numId="10" w16cid:durableId="993920350">
    <w:abstractNumId w:val="9"/>
  </w:num>
  <w:num w:numId="11" w16cid:durableId="1413308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388"/>
    <w:rsid w:val="00034616"/>
    <w:rsid w:val="0006063C"/>
    <w:rsid w:val="000D258E"/>
    <w:rsid w:val="0015074B"/>
    <w:rsid w:val="00233E39"/>
    <w:rsid w:val="0024109A"/>
    <w:rsid w:val="00276BF6"/>
    <w:rsid w:val="0029639D"/>
    <w:rsid w:val="003053CA"/>
    <w:rsid w:val="00326F90"/>
    <w:rsid w:val="00362CA4"/>
    <w:rsid w:val="003742F2"/>
    <w:rsid w:val="003F1FF5"/>
    <w:rsid w:val="004D34D1"/>
    <w:rsid w:val="0054735C"/>
    <w:rsid w:val="005F22DF"/>
    <w:rsid w:val="00675147"/>
    <w:rsid w:val="006D7F23"/>
    <w:rsid w:val="00732F6A"/>
    <w:rsid w:val="007615D1"/>
    <w:rsid w:val="00766CFC"/>
    <w:rsid w:val="007814F6"/>
    <w:rsid w:val="007D2316"/>
    <w:rsid w:val="008D658A"/>
    <w:rsid w:val="009E437A"/>
    <w:rsid w:val="00AA1D8D"/>
    <w:rsid w:val="00B47730"/>
    <w:rsid w:val="00BF5C72"/>
    <w:rsid w:val="00C615B8"/>
    <w:rsid w:val="00C679DD"/>
    <w:rsid w:val="00CB0664"/>
    <w:rsid w:val="00CC0526"/>
    <w:rsid w:val="00D2242A"/>
    <w:rsid w:val="00EE2A4E"/>
    <w:rsid w:val="00F409B3"/>
    <w:rsid w:val="00F75C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0E98F4"/>
  <w14:defaultImageDpi w14:val="300"/>
  <w15:docId w15:val="{4FB3058B-9918-443E-8294-C0A2414E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C0526"/>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William Rowe</cp:lastModifiedBy>
  <cp:revision>2</cp:revision>
  <dcterms:created xsi:type="dcterms:W3CDTF">2026-07-18T17:24:00Z</dcterms:created>
  <dcterms:modified xsi:type="dcterms:W3CDTF">2026-07-18T17:24:00Z</dcterms:modified>
  <cp:category/>
</cp:coreProperties>
</file>